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784411" w14:textId="3C2E4415" w:rsidR="006C1D36" w:rsidRPr="00E24D51" w:rsidRDefault="003526AE" w:rsidP="006575C6">
      <w:pPr>
        <w:pStyle w:val="Nadpis1"/>
        <w:spacing w:before="0"/>
        <w:rPr>
          <w:rFonts w:ascii="Arial" w:hAnsi="Arial" w:cs="Arial"/>
          <w:color w:val="auto"/>
          <w:lang w:val="cs-CZ"/>
        </w:rPr>
      </w:pPr>
      <w:r w:rsidRPr="00E24D51">
        <w:rPr>
          <w:rFonts w:ascii="Arial" w:hAnsi="Arial" w:cs="Arial"/>
          <w:color w:val="auto"/>
          <w:lang w:val="cs-CZ"/>
        </w:rPr>
        <w:t>Přihláška na odbornou stáž v</w:t>
      </w:r>
      <w:r w:rsidR="001C4262">
        <w:rPr>
          <w:rFonts w:ascii="Arial" w:hAnsi="Arial" w:cs="Arial"/>
          <w:color w:val="auto"/>
          <w:lang w:val="cs-CZ"/>
        </w:rPr>
        <w:t> </w:t>
      </w:r>
      <w:r w:rsidRPr="00E24D51">
        <w:rPr>
          <w:rFonts w:ascii="Arial" w:hAnsi="Arial" w:cs="Arial"/>
          <w:color w:val="auto"/>
          <w:lang w:val="cs-CZ"/>
        </w:rPr>
        <w:t>CKTCH</w:t>
      </w:r>
      <w:r w:rsidR="001C4262">
        <w:rPr>
          <w:rFonts w:ascii="Arial" w:hAnsi="Arial" w:cs="Arial"/>
          <w:color w:val="auto"/>
          <w:lang w:val="cs-CZ"/>
        </w:rPr>
        <w:t xml:space="preserve"> Brno</w:t>
      </w:r>
    </w:p>
    <w:p w14:paraId="68D81C09" w14:textId="643F43D5" w:rsidR="006C1D36" w:rsidRPr="001E57E8" w:rsidRDefault="003526AE" w:rsidP="006575C6">
      <w:pPr>
        <w:spacing w:line="276" w:lineRule="auto"/>
        <w:jc w:val="both"/>
        <w:rPr>
          <w:rFonts w:asciiTheme="majorHAnsi" w:hAnsiTheme="majorHAnsi" w:cstheme="majorHAnsi"/>
          <w:lang w:val="cs-CZ"/>
        </w:rPr>
      </w:pPr>
      <w:r w:rsidRPr="001E57E8">
        <w:rPr>
          <w:rFonts w:asciiTheme="majorHAnsi" w:hAnsiTheme="majorHAnsi" w:cstheme="majorHAnsi"/>
          <w:lang w:val="cs-CZ"/>
        </w:rPr>
        <w:t xml:space="preserve">Tento formulář slouží k zajištění odborné stáže v rámci CKTCH </w:t>
      </w:r>
      <w:r w:rsidR="001C4262">
        <w:rPr>
          <w:rFonts w:asciiTheme="majorHAnsi" w:hAnsiTheme="majorHAnsi" w:cstheme="majorHAnsi"/>
          <w:lang w:val="cs-CZ"/>
        </w:rPr>
        <w:t xml:space="preserve">Brno </w:t>
      </w:r>
      <w:r w:rsidRPr="001E57E8">
        <w:rPr>
          <w:rFonts w:asciiTheme="majorHAnsi" w:hAnsiTheme="majorHAnsi" w:cstheme="majorHAnsi"/>
          <w:lang w:val="cs-CZ"/>
        </w:rPr>
        <w:t xml:space="preserve">a je určen pro všechny zdravotnické profese (lékaře, </w:t>
      </w:r>
      <w:proofErr w:type="spellStart"/>
      <w:r w:rsidRPr="001E57E8">
        <w:rPr>
          <w:rFonts w:asciiTheme="majorHAnsi" w:hAnsiTheme="majorHAnsi" w:cstheme="majorHAnsi"/>
          <w:lang w:val="cs-CZ"/>
        </w:rPr>
        <w:t>nelékaře</w:t>
      </w:r>
      <w:proofErr w:type="spellEnd"/>
      <w:r w:rsidRPr="001E57E8">
        <w:rPr>
          <w:rFonts w:asciiTheme="majorHAnsi" w:hAnsiTheme="majorHAnsi" w:cstheme="majorHAnsi"/>
          <w:lang w:val="cs-CZ"/>
        </w:rPr>
        <w:t xml:space="preserve"> i ostatní odborníky). Slouží jako podklad pro vypracování smlouvy.</w:t>
      </w:r>
    </w:p>
    <w:p w14:paraId="45B879A2" w14:textId="77777777" w:rsidR="006C1D36" w:rsidRPr="006575C6" w:rsidRDefault="003526AE" w:rsidP="006575C6">
      <w:pPr>
        <w:pStyle w:val="Nadpis2"/>
        <w:spacing w:line="276" w:lineRule="auto"/>
        <w:rPr>
          <w:rFonts w:cstheme="majorHAnsi"/>
          <w:color w:val="auto"/>
          <w:sz w:val="24"/>
          <w:szCs w:val="24"/>
          <w:lang w:val="cs-CZ"/>
        </w:rPr>
      </w:pPr>
      <w:r w:rsidRPr="006575C6">
        <w:rPr>
          <w:rFonts w:cstheme="majorHAnsi"/>
          <w:color w:val="auto"/>
          <w:sz w:val="24"/>
          <w:szCs w:val="24"/>
          <w:lang w:val="cs-CZ"/>
        </w:rPr>
        <w:t>1. ÚDAJE O STÁŽISTOVI</w:t>
      </w:r>
    </w:p>
    <w:p w14:paraId="511F1910" w14:textId="77777777" w:rsidR="006C1D36" w:rsidRPr="006575C6" w:rsidRDefault="003526AE" w:rsidP="006575C6">
      <w:pPr>
        <w:spacing w:after="0" w:line="276" w:lineRule="auto"/>
        <w:rPr>
          <w:rFonts w:asciiTheme="majorHAnsi" w:hAnsiTheme="majorHAnsi" w:cstheme="majorHAnsi"/>
          <w:lang w:val="cs-CZ"/>
        </w:rPr>
      </w:pPr>
      <w:r w:rsidRPr="006575C6">
        <w:rPr>
          <w:rFonts w:asciiTheme="majorHAnsi" w:hAnsiTheme="majorHAnsi" w:cstheme="majorHAnsi"/>
          <w:lang w:val="cs-CZ"/>
        </w:rPr>
        <w:t>Jméno, příjmení, titul:</w:t>
      </w:r>
    </w:p>
    <w:p w14:paraId="31115327" w14:textId="77777777" w:rsidR="006C1D36" w:rsidRPr="006575C6" w:rsidRDefault="003526AE" w:rsidP="006575C6">
      <w:pPr>
        <w:spacing w:after="0" w:line="276" w:lineRule="auto"/>
        <w:rPr>
          <w:rFonts w:asciiTheme="majorHAnsi" w:hAnsiTheme="majorHAnsi" w:cstheme="majorHAnsi"/>
          <w:lang w:val="cs-CZ"/>
        </w:rPr>
      </w:pPr>
      <w:r w:rsidRPr="006575C6">
        <w:rPr>
          <w:rFonts w:asciiTheme="majorHAnsi" w:hAnsiTheme="majorHAnsi" w:cstheme="majorHAnsi"/>
          <w:lang w:val="cs-CZ"/>
        </w:rPr>
        <w:t>Datum narození:</w:t>
      </w:r>
    </w:p>
    <w:p w14:paraId="00AFDEEE" w14:textId="4DA1C526" w:rsidR="006C1D36" w:rsidRPr="006575C6" w:rsidRDefault="00AD77FE" w:rsidP="006575C6">
      <w:pPr>
        <w:spacing w:after="0" w:line="276" w:lineRule="auto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>Pracovní pozice:</w:t>
      </w:r>
    </w:p>
    <w:p w14:paraId="7608092E" w14:textId="77777777" w:rsidR="006C1D36" w:rsidRPr="006575C6" w:rsidRDefault="003526AE" w:rsidP="006575C6">
      <w:pPr>
        <w:spacing w:after="0" w:line="276" w:lineRule="auto"/>
        <w:rPr>
          <w:rFonts w:asciiTheme="majorHAnsi" w:hAnsiTheme="majorHAnsi" w:cstheme="majorHAnsi"/>
          <w:lang w:val="cs-CZ"/>
        </w:rPr>
      </w:pPr>
      <w:r w:rsidRPr="006575C6">
        <w:rPr>
          <w:rFonts w:asciiTheme="majorHAnsi" w:hAnsiTheme="majorHAnsi" w:cstheme="majorHAnsi"/>
          <w:lang w:val="cs-CZ"/>
        </w:rPr>
        <w:t>Bydliště (ulice, město, PSČ):</w:t>
      </w:r>
    </w:p>
    <w:p w14:paraId="2D5516CF" w14:textId="77777777" w:rsidR="006C1D36" w:rsidRPr="006575C6" w:rsidRDefault="003526AE" w:rsidP="006575C6">
      <w:pPr>
        <w:spacing w:after="0" w:line="276" w:lineRule="auto"/>
        <w:rPr>
          <w:rFonts w:asciiTheme="majorHAnsi" w:hAnsiTheme="majorHAnsi" w:cstheme="majorHAnsi"/>
          <w:lang w:val="cs-CZ"/>
        </w:rPr>
      </w:pPr>
      <w:r w:rsidRPr="006575C6">
        <w:rPr>
          <w:rFonts w:asciiTheme="majorHAnsi" w:hAnsiTheme="majorHAnsi" w:cstheme="majorHAnsi"/>
          <w:lang w:val="cs-CZ"/>
        </w:rPr>
        <w:t>Telefon:</w:t>
      </w:r>
    </w:p>
    <w:p w14:paraId="3458D433" w14:textId="77777777" w:rsidR="006C1D36" w:rsidRPr="006575C6" w:rsidRDefault="003526AE" w:rsidP="006575C6">
      <w:pPr>
        <w:spacing w:after="0" w:line="276" w:lineRule="auto"/>
        <w:rPr>
          <w:rFonts w:asciiTheme="majorHAnsi" w:hAnsiTheme="majorHAnsi" w:cstheme="majorHAnsi"/>
          <w:lang w:val="cs-CZ"/>
        </w:rPr>
      </w:pPr>
      <w:r w:rsidRPr="006575C6">
        <w:rPr>
          <w:rFonts w:asciiTheme="majorHAnsi" w:hAnsiTheme="majorHAnsi" w:cstheme="majorHAnsi"/>
          <w:lang w:val="cs-CZ"/>
        </w:rPr>
        <w:t>E-mail:</w:t>
      </w:r>
    </w:p>
    <w:p w14:paraId="00CA0647" w14:textId="29C9E03C" w:rsidR="00E24D51" w:rsidRPr="006575C6" w:rsidRDefault="00E24D51" w:rsidP="006575C6">
      <w:pPr>
        <w:pStyle w:val="Nadpis2"/>
        <w:spacing w:line="276" w:lineRule="auto"/>
        <w:rPr>
          <w:rFonts w:cstheme="majorHAnsi"/>
          <w:color w:val="auto"/>
          <w:sz w:val="24"/>
          <w:szCs w:val="24"/>
          <w:lang w:val="cs-CZ"/>
        </w:rPr>
      </w:pPr>
      <w:r w:rsidRPr="006575C6">
        <w:rPr>
          <w:rFonts w:cstheme="majorHAnsi"/>
          <w:color w:val="auto"/>
          <w:sz w:val="24"/>
          <w:szCs w:val="24"/>
          <w:lang w:val="cs-CZ"/>
        </w:rPr>
        <w:t>2. ÚDAJE O ZAMĚSTNAVATEL</w:t>
      </w:r>
      <w:r w:rsidR="000B5CAB">
        <w:rPr>
          <w:rFonts w:cstheme="majorHAnsi"/>
          <w:color w:val="auto"/>
          <w:sz w:val="24"/>
          <w:szCs w:val="24"/>
          <w:lang w:val="cs-CZ"/>
        </w:rPr>
        <w:t>I</w:t>
      </w:r>
    </w:p>
    <w:p w14:paraId="615F8844" w14:textId="77777777" w:rsidR="00E24D51" w:rsidRPr="006575C6" w:rsidRDefault="00E24D51" w:rsidP="006575C6">
      <w:pPr>
        <w:spacing w:after="0" w:line="276" w:lineRule="auto"/>
        <w:rPr>
          <w:rFonts w:asciiTheme="majorHAnsi" w:hAnsiTheme="majorHAnsi" w:cstheme="majorHAnsi"/>
          <w:lang w:val="cs-CZ"/>
        </w:rPr>
      </w:pPr>
      <w:r w:rsidRPr="006575C6">
        <w:rPr>
          <w:rFonts w:asciiTheme="majorHAnsi" w:hAnsiTheme="majorHAnsi" w:cstheme="majorHAnsi"/>
          <w:lang w:val="cs-CZ"/>
        </w:rPr>
        <w:t>Název zaměstnavatele:</w:t>
      </w:r>
    </w:p>
    <w:p w14:paraId="28FB7491" w14:textId="77777777" w:rsidR="00E24D51" w:rsidRPr="006575C6" w:rsidRDefault="00E24D51" w:rsidP="006575C6">
      <w:pPr>
        <w:spacing w:after="0" w:line="276" w:lineRule="auto"/>
        <w:rPr>
          <w:rFonts w:asciiTheme="majorHAnsi" w:hAnsiTheme="majorHAnsi" w:cstheme="majorHAnsi"/>
          <w:lang w:val="cs-CZ"/>
        </w:rPr>
      </w:pPr>
      <w:r w:rsidRPr="006575C6">
        <w:rPr>
          <w:rFonts w:asciiTheme="majorHAnsi" w:hAnsiTheme="majorHAnsi" w:cstheme="majorHAnsi"/>
          <w:lang w:val="cs-CZ"/>
        </w:rPr>
        <w:t>Adresa:</w:t>
      </w:r>
    </w:p>
    <w:p w14:paraId="51B3B824" w14:textId="77777777" w:rsidR="00E24D51" w:rsidRPr="006575C6" w:rsidRDefault="00E24D51" w:rsidP="006575C6">
      <w:pPr>
        <w:spacing w:after="0" w:line="276" w:lineRule="auto"/>
        <w:rPr>
          <w:rFonts w:asciiTheme="majorHAnsi" w:hAnsiTheme="majorHAnsi" w:cstheme="majorHAnsi"/>
          <w:lang w:val="cs-CZ"/>
        </w:rPr>
      </w:pPr>
      <w:r w:rsidRPr="006575C6">
        <w:rPr>
          <w:rFonts w:asciiTheme="majorHAnsi" w:hAnsiTheme="majorHAnsi" w:cstheme="majorHAnsi"/>
          <w:lang w:val="cs-CZ"/>
        </w:rPr>
        <w:t>Zastoupený (jméno oprávněné osoby k podpisu):</w:t>
      </w:r>
    </w:p>
    <w:p w14:paraId="76AC1245" w14:textId="599F079F" w:rsidR="00E24D51" w:rsidRPr="006575C6" w:rsidRDefault="00E24D51" w:rsidP="006575C6">
      <w:pPr>
        <w:spacing w:after="0" w:line="276" w:lineRule="auto"/>
        <w:rPr>
          <w:rFonts w:asciiTheme="majorHAnsi" w:hAnsiTheme="majorHAnsi" w:cstheme="majorHAnsi"/>
          <w:lang w:val="cs-CZ"/>
        </w:rPr>
      </w:pPr>
      <w:r w:rsidRPr="006575C6">
        <w:rPr>
          <w:rFonts w:asciiTheme="majorHAnsi" w:hAnsiTheme="majorHAnsi" w:cstheme="majorHAnsi"/>
          <w:lang w:val="cs-CZ"/>
        </w:rPr>
        <w:t>IČ/DIČ:</w:t>
      </w:r>
    </w:p>
    <w:p w14:paraId="4245CF10" w14:textId="6C22EFF6" w:rsidR="00E24D51" w:rsidRPr="006575C6" w:rsidRDefault="00E24D51" w:rsidP="006575C6">
      <w:pPr>
        <w:spacing w:after="0" w:line="276" w:lineRule="auto"/>
        <w:rPr>
          <w:rFonts w:asciiTheme="majorHAnsi" w:hAnsiTheme="majorHAnsi" w:cstheme="majorHAnsi"/>
          <w:lang w:val="cs-CZ"/>
        </w:rPr>
      </w:pPr>
      <w:r w:rsidRPr="006575C6">
        <w:rPr>
          <w:rFonts w:asciiTheme="majorHAnsi" w:hAnsiTheme="majorHAnsi" w:cstheme="majorHAnsi"/>
          <w:lang w:val="cs-CZ"/>
        </w:rPr>
        <w:t>Bankovní spojení (číslo účtu/kód banky):</w:t>
      </w:r>
    </w:p>
    <w:p w14:paraId="0B25652B" w14:textId="77777777" w:rsidR="00E24D51" w:rsidRPr="006575C6" w:rsidRDefault="00E24D51" w:rsidP="006575C6">
      <w:pPr>
        <w:spacing w:after="0" w:line="276" w:lineRule="auto"/>
        <w:rPr>
          <w:rFonts w:asciiTheme="majorHAnsi" w:hAnsiTheme="majorHAnsi" w:cstheme="majorHAnsi"/>
          <w:lang w:val="cs-CZ"/>
        </w:rPr>
      </w:pPr>
      <w:r w:rsidRPr="006575C6">
        <w:rPr>
          <w:rFonts w:asciiTheme="majorHAnsi" w:hAnsiTheme="majorHAnsi" w:cstheme="majorHAnsi"/>
          <w:lang w:val="cs-CZ"/>
        </w:rPr>
        <w:t>Kontaktní osoba (jméno, telefon, e-mail):</w:t>
      </w:r>
    </w:p>
    <w:p w14:paraId="34A6D99F" w14:textId="5E0384AC" w:rsidR="00E24D51" w:rsidRPr="006575C6" w:rsidRDefault="00E24D51" w:rsidP="006575C6">
      <w:pPr>
        <w:spacing w:after="0" w:line="276" w:lineRule="auto"/>
        <w:rPr>
          <w:rFonts w:asciiTheme="majorHAnsi" w:hAnsiTheme="majorHAnsi" w:cstheme="majorHAnsi"/>
          <w:lang w:val="cs-CZ"/>
        </w:rPr>
      </w:pPr>
      <w:r w:rsidRPr="006575C6">
        <w:rPr>
          <w:rFonts w:asciiTheme="majorHAnsi" w:hAnsiTheme="majorHAnsi" w:cstheme="majorHAnsi"/>
          <w:lang w:val="cs-CZ"/>
        </w:rPr>
        <w:t>Zaměstnavatel hradí stáž:</w:t>
      </w:r>
      <w:r w:rsidRPr="006575C6">
        <w:rPr>
          <w:rFonts w:asciiTheme="majorHAnsi" w:hAnsiTheme="majorHAnsi" w:cstheme="majorHAnsi"/>
          <w:lang w:val="cs-CZ"/>
        </w:rPr>
        <w:br/>
        <w:t>[ ] Ano</w:t>
      </w:r>
      <w:r w:rsidRPr="006575C6">
        <w:rPr>
          <w:rFonts w:asciiTheme="majorHAnsi" w:hAnsiTheme="majorHAnsi" w:cstheme="majorHAnsi"/>
          <w:lang w:val="cs-CZ"/>
        </w:rPr>
        <w:br/>
        <w:t>[ ] Ne</w:t>
      </w:r>
    </w:p>
    <w:p w14:paraId="4ED16991" w14:textId="49CECEE7" w:rsidR="006C1D36" w:rsidRPr="006575C6" w:rsidRDefault="00E24D51" w:rsidP="006575C6">
      <w:pPr>
        <w:pStyle w:val="Nadpis2"/>
        <w:spacing w:line="276" w:lineRule="auto"/>
        <w:rPr>
          <w:rFonts w:cstheme="majorHAnsi"/>
          <w:color w:val="auto"/>
          <w:sz w:val="24"/>
          <w:szCs w:val="24"/>
          <w:lang w:val="cs-CZ"/>
        </w:rPr>
      </w:pPr>
      <w:r w:rsidRPr="006575C6">
        <w:rPr>
          <w:rFonts w:cstheme="majorHAnsi"/>
          <w:color w:val="auto"/>
          <w:sz w:val="24"/>
          <w:szCs w:val="24"/>
          <w:lang w:val="cs-CZ"/>
        </w:rPr>
        <w:t>3. INFORMACE O STÁŽI</w:t>
      </w:r>
    </w:p>
    <w:p w14:paraId="299A3CFE" w14:textId="40C1E631" w:rsidR="000B5CAB" w:rsidRDefault="000B5CAB" w:rsidP="006575C6">
      <w:pPr>
        <w:spacing w:after="0" w:line="276" w:lineRule="auto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 xml:space="preserve">Vaše zaměření je </w:t>
      </w:r>
      <w:r w:rsidRPr="000B5CAB">
        <w:rPr>
          <w:rFonts w:asciiTheme="majorHAnsi" w:hAnsiTheme="majorHAnsi" w:cstheme="majorHAnsi"/>
          <w:lang w:val="cs-CZ"/>
        </w:rPr>
        <w:t>kardiologie/kardiochirurgie/anesteziologie/jiné</w:t>
      </w:r>
      <w:r>
        <w:rPr>
          <w:rFonts w:asciiTheme="majorHAnsi" w:hAnsiTheme="majorHAnsi" w:cstheme="majorHAnsi"/>
          <w:lang w:val="cs-CZ"/>
        </w:rPr>
        <w:t>:…</w:t>
      </w:r>
      <w:bookmarkStart w:id="0" w:name="_GoBack"/>
      <w:bookmarkEnd w:id="0"/>
      <w:r>
        <w:rPr>
          <w:rFonts w:asciiTheme="majorHAnsi" w:hAnsiTheme="majorHAnsi" w:cstheme="majorHAnsi"/>
          <w:lang w:val="cs-CZ"/>
        </w:rPr>
        <w:t>……………………………..</w:t>
      </w:r>
    </w:p>
    <w:p w14:paraId="52CBACA0" w14:textId="40AC35D7" w:rsidR="006C1D36" w:rsidRPr="006575C6" w:rsidRDefault="003526AE" w:rsidP="006575C6">
      <w:pPr>
        <w:spacing w:after="0" w:line="276" w:lineRule="auto"/>
        <w:rPr>
          <w:rFonts w:asciiTheme="majorHAnsi" w:hAnsiTheme="majorHAnsi" w:cstheme="majorHAnsi"/>
          <w:lang w:val="cs-CZ"/>
        </w:rPr>
      </w:pPr>
      <w:r w:rsidRPr="006575C6">
        <w:rPr>
          <w:rFonts w:asciiTheme="majorHAnsi" w:hAnsiTheme="majorHAnsi" w:cstheme="majorHAnsi"/>
          <w:lang w:val="cs-CZ"/>
        </w:rPr>
        <w:t>Oddělení/klinika, kde má stáž probíhat:</w:t>
      </w:r>
    </w:p>
    <w:p w14:paraId="6AAA64DE" w14:textId="2CB4FC03" w:rsidR="006C1D36" w:rsidRPr="006575C6" w:rsidRDefault="003526AE" w:rsidP="006575C6">
      <w:pPr>
        <w:spacing w:after="0" w:line="276" w:lineRule="auto"/>
        <w:rPr>
          <w:rFonts w:asciiTheme="majorHAnsi" w:hAnsiTheme="majorHAnsi" w:cstheme="majorHAnsi"/>
          <w:lang w:val="cs-CZ"/>
        </w:rPr>
      </w:pPr>
      <w:r w:rsidRPr="006575C6">
        <w:rPr>
          <w:rFonts w:asciiTheme="majorHAnsi" w:hAnsiTheme="majorHAnsi" w:cstheme="majorHAnsi"/>
          <w:lang w:val="cs-CZ"/>
        </w:rPr>
        <w:t>Garant stáže (jméno</w:t>
      </w:r>
      <w:r w:rsidR="000B5CAB">
        <w:rPr>
          <w:rFonts w:asciiTheme="majorHAnsi" w:hAnsiTheme="majorHAnsi" w:cstheme="majorHAnsi"/>
          <w:lang w:val="cs-CZ"/>
        </w:rPr>
        <w:t xml:space="preserve"> – pokud je předjednáno</w:t>
      </w:r>
      <w:r w:rsidRPr="006575C6">
        <w:rPr>
          <w:rFonts w:asciiTheme="majorHAnsi" w:hAnsiTheme="majorHAnsi" w:cstheme="majorHAnsi"/>
          <w:lang w:val="cs-CZ"/>
        </w:rPr>
        <w:t>):</w:t>
      </w:r>
    </w:p>
    <w:p w14:paraId="25EC8453" w14:textId="51408954" w:rsidR="006C1D36" w:rsidRPr="006575C6" w:rsidRDefault="003526AE" w:rsidP="006575C6">
      <w:pPr>
        <w:spacing w:after="0" w:line="276" w:lineRule="auto"/>
        <w:rPr>
          <w:rFonts w:asciiTheme="majorHAnsi" w:hAnsiTheme="majorHAnsi" w:cstheme="majorHAnsi"/>
          <w:lang w:val="cs-CZ"/>
        </w:rPr>
      </w:pPr>
      <w:r w:rsidRPr="006575C6">
        <w:rPr>
          <w:rFonts w:asciiTheme="majorHAnsi" w:hAnsiTheme="majorHAnsi" w:cstheme="majorHAnsi"/>
          <w:lang w:val="cs-CZ"/>
        </w:rPr>
        <w:t>Název oboru specializačního vzdělávání/typu kurzu:</w:t>
      </w:r>
    </w:p>
    <w:p w14:paraId="7D9D184D" w14:textId="4A2543A3" w:rsidR="006C1D36" w:rsidRPr="006575C6" w:rsidRDefault="003526AE" w:rsidP="006575C6">
      <w:pPr>
        <w:spacing w:after="0" w:line="276" w:lineRule="auto"/>
        <w:rPr>
          <w:rFonts w:asciiTheme="majorHAnsi" w:hAnsiTheme="majorHAnsi" w:cstheme="majorHAnsi"/>
          <w:lang w:val="cs-CZ"/>
        </w:rPr>
      </w:pPr>
      <w:r w:rsidRPr="006575C6">
        <w:rPr>
          <w:rFonts w:asciiTheme="majorHAnsi" w:hAnsiTheme="majorHAnsi" w:cstheme="majorHAnsi"/>
          <w:lang w:val="cs-CZ"/>
        </w:rPr>
        <w:t>Účel stáže (zaškrtněte):</w:t>
      </w:r>
      <w:r w:rsidRPr="006575C6">
        <w:rPr>
          <w:rFonts w:asciiTheme="majorHAnsi" w:hAnsiTheme="majorHAnsi" w:cstheme="majorHAnsi"/>
          <w:lang w:val="cs-CZ"/>
        </w:rPr>
        <w:br/>
        <w:t>[</w:t>
      </w:r>
      <w:r w:rsidR="00B80723">
        <w:rPr>
          <w:rFonts w:asciiTheme="majorHAnsi" w:hAnsiTheme="majorHAnsi" w:cstheme="majorHAnsi"/>
          <w:b/>
          <w:lang w:val="cs-CZ"/>
        </w:rPr>
        <w:t xml:space="preserve"> </w:t>
      </w:r>
      <w:r w:rsidRPr="006575C6">
        <w:rPr>
          <w:rFonts w:asciiTheme="majorHAnsi" w:hAnsiTheme="majorHAnsi" w:cstheme="majorHAnsi"/>
          <w:lang w:val="cs-CZ"/>
        </w:rPr>
        <w:t>] Specializační vzdělávání</w:t>
      </w:r>
      <w:r w:rsidRPr="006575C6">
        <w:rPr>
          <w:rFonts w:asciiTheme="majorHAnsi" w:hAnsiTheme="majorHAnsi" w:cstheme="majorHAnsi"/>
          <w:lang w:val="cs-CZ"/>
        </w:rPr>
        <w:br/>
        <w:t>[ ] Kvalifikační kurz (pouze pokud potvrzeno)</w:t>
      </w:r>
      <w:r w:rsidRPr="006575C6">
        <w:rPr>
          <w:rFonts w:asciiTheme="majorHAnsi" w:hAnsiTheme="majorHAnsi" w:cstheme="majorHAnsi"/>
          <w:lang w:val="cs-CZ"/>
        </w:rPr>
        <w:br/>
        <w:t>[ ] Certifikovaný kurz (pouze pokud potvrzeno)</w:t>
      </w:r>
      <w:r w:rsidRPr="006575C6">
        <w:rPr>
          <w:rFonts w:asciiTheme="majorHAnsi" w:hAnsiTheme="majorHAnsi" w:cstheme="majorHAnsi"/>
          <w:lang w:val="cs-CZ"/>
        </w:rPr>
        <w:br/>
        <w:t>[ ] Evropský sociální fond (v případě projektové spolupráce)</w:t>
      </w:r>
      <w:r w:rsidRPr="006575C6">
        <w:rPr>
          <w:rFonts w:asciiTheme="majorHAnsi" w:hAnsiTheme="majorHAnsi" w:cstheme="majorHAnsi"/>
          <w:lang w:val="cs-CZ"/>
        </w:rPr>
        <w:br/>
        <w:t>[ ] Jiný (uveďte): ____________</w:t>
      </w:r>
    </w:p>
    <w:p w14:paraId="0EBA2C00" w14:textId="089DD39F" w:rsidR="006C1D36" w:rsidRPr="006575C6" w:rsidRDefault="003526AE" w:rsidP="006575C6">
      <w:pPr>
        <w:spacing w:line="276" w:lineRule="auto"/>
        <w:rPr>
          <w:rFonts w:asciiTheme="majorHAnsi" w:hAnsiTheme="majorHAnsi" w:cstheme="majorHAnsi"/>
          <w:lang w:val="cs-CZ"/>
        </w:rPr>
      </w:pPr>
      <w:r w:rsidRPr="006575C6">
        <w:rPr>
          <w:rFonts w:asciiTheme="majorHAnsi" w:hAnsiTheme="majorHAnsi" w:cstheme="majorHAnsi"/>
          <w:lang w:val="cs-CZ"/>
        </w:rPr>
        <w:t>Termín stáže: od ___</w:t>
      </w:r>
      <w:r w:rsidR="009128AB" w:rsidRPr="006575C6">
        <w:rPr>
          <w:rFonts w:asciiTheme="majorHAnsi" w:hAnsiTheme="majorHAnsi" w:cstheme="majorHAnsi"/>
          <w:lang w:val="cs-CZ"/>
        </w:rPr>
        <w:t>____</w:t>
      </w:r>
      <w:r w:rsidRPr="006575C6">
        <w:rPr>
          <w:rFonts w:asciiTheme="majorHAnsi" w:hAnsiTheme="majorHAnsi" w:cstheme="majorHAnsi"/>
          <w:lang w:val="cs-CZ"/>
        </w:rPr>
        <w:t xml:space="preserve"> do ___</w:t>
      </w:r>
      <w:r w:rsidR="009128AB" w:rsidRPr="006575C6">
        <w:rPr>
          <w:rFonts w:asciiTheme="majorHAnsi" w:hAnsiTheme="majorHAnsi" w:cstheme="majorHAnsi"/>
          <w:lang w:val="cs-CZ"/>
        </w:rPr>
        <w:t>___</w:t>
      </w:r>
    </w:p>
    <w:p w14:paraId="196ABCE6" w14:textId="116F607D" w:rsidR="006575C6" w:rsidRDefault="003526AE" w:rsidP="006575C6">
      <w:pPr>
        <w:spacing w:line="276" w:lineRule="auto"/>
        <w:rPr>
          <w:rFonts w:asciiTheme="majorHAnsi" w:hAnsiTheme="majorHAnsi" w:cstheme="majorHAnsi"/>
          <w:lang w:val="cs-CZ"/>
        </w:rPr>
      </w:pPr>
      <w:r w:rsidRPr="006575C6">
        <w:rPr>
          <w:rFonts w:asciiTheme="majorHAnsi" w:hAnsiTheme="majorHAnsi" w:cstheme="majorHAnsi"/>
          <w:lang w:val="cs-CZ"/>
        </w:rPr>
        <w:t>Délka stáže (počet pracovních dnů):</w:t>
      </w:r>
    </w:p>
    <w:p w14:paraId="78D564C3" w14:textId="77777777" w:rsidR="006575C6" w:rsidRDefault="006575C6" w:rsidP="006575C6">
      <w:pPr>
        <w:spacing w:line="276" w:lineRule="auto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br w:type="page"/>
      </w:r>
    </w:p>
    <w:p w14:paraId="5E8F5E87" w14:textId="48C3FC33" w:rsidR="006C1D36" w:rsidRPr="006575C6" w:rsidRDefault="00E24D51" w:rsidP="006575C6">
      <w:pPr>
        <w:pStyle w:val="Nadpis2"/>
        <w:spacing w:line="276" w:lineRule="auto"/>
        <w:rPr>
          <w:rFonts w:cstheme="majorHAnsi"/>
          <w:color w:val="auto"/>
          <w:sz w:val="24"/>
          <w:szCs w:val="24"/>
          <w:lang w:val="cs-CZ"/>
        </w:rPr>
      </w:pPr>
      <w:r w:rsidRPr="006575C6">
        <w:rPr>
          <w:rFonts w:cstheme="majorHAnsi"/>
          <w:color w:val="auto"/>
          <w:sz w:val="24"/>
          <w:szCs w:val="24"/>
          <w:lang w:val="cs-CZ"/>
        </w:rPr>
        <w:lastRenderedPageBreak/>
        <w:t>4. SOUHLASY A PROHLÁŠENÍ</w:t>
      </w:r>
    </w:p>
    <w:p w14:paraId="3D2A46A6" w14:textId="0E6F0123" w:rsidR="006C1D36" w:rsidRPr="006575C6" w:rsidRDefault="003526AE" w:rsidP="006575C6">
      <w:pPr>
        <w:spacing w:line="276" w:lineRule="auto"/>
        <w:jc w:val="both"/>
        <w:rPr>
          <w:rFonts w:asciiTheme="majorHAnsi" w:hAnsiTheme="majorHAnsi" w:cstheme="majorHAnsi"/>
          <w:lang w:val="cs-CZ"/>
        </w:rPr>
      </w:pPr>
      <w:r w:rsidRPr="006575C6">
        <w:rPr>
          <w:rFonts w:asciiTheme="majorHAnsi" w:hAnsiTheme="majorHAnsi" w:cstheme="majorHAnsi"/>
          <w:lang w:val="cs-CZ"/>
        </w:rPr>
        <w:t>[</w:t>
      </w:r>
      <w:r w:rsidR="00821A9F" w:rsidRPr="006575C6">
        <w:rPr>
          <w:rFonts w:asciiTheme="majorHAnsi" w:hAnsiTheme="majorHAnsi" w:cstheme="majorHAnsi"/>
          <w:b/>
          <w:lang w:val="cs-CZ"/>
        </w:rPr>
        <w:t>x</w:t>
      </w:r>
      <w:r w:rsidRPr="006575C6">
        <w:rPr>
          <w:rFonts w:asciiTheme="majorHAnsi" w:hAnsiTheme="majorHAnsi" w:cstheme="majorHAnsi"/>
          <w:lang w:val="cs-CZ"/>
        </w:rPr>
        <w:t xml:space="preserve">] </w:t>
      </w:r>
      <w:r w:rsidR="009C2BC1" w:rsidRPr="006575C6">
        <w:rPr>
          <w:rFonts w:asciiTheme="majorHAnsi" w:hAnsiTheme="majorHAnsi" w:cstheme="majorHAnsi"/>
          <w:lang w:val="cs-CZ"/>
        </w:rPr>
        <w:t xml:space="preserve">Beru na vědomí, že CKTCH </w:t>
      </w:r>
      <w:r w:rsidR="001C4262">
        <w:rPr>
          <w:rFonts w:asciiTheme="majorHAnsi" w:hAnsiTheme="majorHAnsi" w:cstheme="majorHAnsi"/>
          <w:lang w:val="cs-CZ"/>
        </w:rPr>
        <w:t xml:space="preserve">Brno </w:t>
      </w:r>
      <w:r w:rsidR="009C2BC1" w:rsidRPr="006575C6">
        <w:rPr>
          <w:rFonts w:asciiTheme="majorHAnsi" w:hAnsiTheme="majorHAnsi" w:cstheme="majorHAnsi"/>
          <w:lang w:val="cs-CZ"/>
        </w:rPr>
        <w:t>bude zpracovávat moje osobní údaje v souladu s platnou legislativou a Nařízením GDPR. Osobní údaje jsou evidovány a uchovávány na oddělení personálního, mzdového a vzdělávání (</w:t>
      </w:r>
      <w:proofErr w:type="spellStart"/>
      <w:r w:rsidR="009C2BC1" w:rsidRPr="006575C6">
        <w:rPr>
          <w:rFonts w:asciiTheme="majorHAnsi" w:hAnsiTheme="majorHAnsi" w:cstheme="majorHAnsi"/>
          <w:lang w:val="cs-CZ"/>
        </w:rPr>
        <w:t>PaMV</w:t>
      </w:r>
      <w:proofErr w:type="spellEnd"/>
      <w:r w:rsidR="009C2BC1" w:rsidRPr="006575C6">
        <w:rPr>
          <w:rFonts w:asciiTheme="majorHAnsi" w:hAnsiTheme="majorHAnsi" w:cstheme="majorHAnsi"/>
          <w:lang w:val="cs-CZ"/>
        </w:rPr>
        <w:t xml:space="preserve">) CKTCH </w:t>
      </w:r>
      <w:r w:rsidR="001C4262">
        <w:rPr>
          <w:rFonts w:asciiTheme="majorHAnsi" w:hAnsiTheme="majorHAnsi" w:cstheme="majorHAnsi"/>
          <w:lang w:val="cs-CZ"/>
        </w:rPr>
        <w:t xml:space="preserve">Brno </w:t>
      </w:r>
      <w:r w:rsidR="009C2BC1" w:rsidRPr="006575C6">
        <w:rPr>
          <w:rFonts w:asciiTheme="majorHAnsi" w:hAnsiTheme="majorHAnsi" w:cstheme="majorHAnsi"/>
          <w:lang w:val="cs-CZ"/>
        </w:rPr>
        <w:t xml:space="preserve">v souladu se Směrnicí SM-ORG-13 Nakládání s osobními údaji.  </w:t>
      </w:r>
    </w:p>
    <w:p w14:paraId="19E518F0" w14:textId="4406C0DA" w:rsidR="006C1D36" w:rsidRPr="006575C6" w:rsidRDefault="003526AE" w:rsidP="006575C6">
      <w:pPr>
        <w:spacing w:line="276" w:lineRule="auto"/>
        <w:jc w:val="both"/>
        <w:rPr>
          <w:rFonts w:asciiTheme="majorHAnsi" w:hAnsiTheme="majorHAnsi" w:cstheme="majorHAnsi"/>
          <w:lang w:val="cs-CZ"/>
        </w:rPr>
      </w:pPr>
      <w:r w:rsidRPr="006575C6">
        <w:rPr>
          <w:rFonts w:asciiTheme="majorHAnsi" w:hAnsiTheme="majorHAnsi" w:cstheme="majorHAnsi"/>
          <w:lang w:val="cs-CZ"/>
        </w:rPr>
        <w:t>[</w:t>
      </w:r>
      <w:r w:rsidR="00821A9F" w:rsidRPr="006575C6">
        <w:rPr>
          <w:rFonts w:asciiTheme="majorHAnsi" w:hAnsiTheme="majorHAnsi" w:cstheme="majorHAnsi"/>
          <w:b/>
          <w:lang w:val="cs-CZ"/>
        </w:rPr>
        <w:t>x</w:t>
      </w:r>
      <w:r w:rsidRPr="006575C6">
        <w:rPr>
          <w:rFonts w:asciiTheme="majorHAnsi" w:hAnsiTheme="majorHAnsi" w:cstheme="majorHAnsi"/>
          <w:lang w:val="cs-CZ"/>
        </w:rPr>
        <w:t>] Souhlasím s podmínkami stáže a zavazuji se dodržovat pravidla BOZP a PO dle místního školení.</w:t>
      </w:r>
      <w:r w:rsidR="002E06EC" w:rsidRPr="006575C6">
        <w:rPr>
          <w:rFonts w:asciiTheme="majorHAnsi" w:hAnsiTheme="majorHAnsi" w:cstheme="majorHAnsi"/>
          <w:lang w:val="cs-CZ"/>
        </w:rPr>
        <w:t xml:space="preserve"> </w:t>
      </w:r>
    </w:p>
    <w:p w14:paraId="69AB520D" w14:textId="77777777" w:rsidR="009128AB" w:rsidRPr="006575C6" w:rsidRDefault="009128AB" w:rsidP="006575C6">
      <w:pPr>
        <w:spacing w:line="276" w:lineRule="auto"/>
        <w:rPr>
          <w:rFonts w:asciiTheme="majorHAnsi" w:hAnsiTheme="majorHAnsi" w:cstheme="majorHAnsi"/>
          <w:lang w:val="cs-CZ"/>
        </w:rPr>
      </w:pPr>
    </w:p>
    <w:p w14:paraId="04FA5F5F" w14:textId="77777777" w:rsidR="006C1D36" w:rsidRPr="006575C6" w:rsidRDefault="003526AE" w:rsidP="006575C6">
      <w:pPr>
        <w:spacing w:line="276" w:lineRule="auto"/>
        <w:rPr>
          <w:rFonts w:asciiTheme="majorHAnsi" w:hAnsiTheme="majorHAnsi" w:cstheme="majorHAnsi"/>
          <w:lang w:val="cs-CZ"/>
        </w:rPr>
      </w:pPr>
      <w:r w:rsidRPr="006575C6">
        <w:rPr>
          <w:rFonts w:asciiTheme="majorHAnsi" w:hAnsiTheme="majorHAnsi" w:cstheme="majorHAnsi"/>
          <w:lang w:val="cs-CZ"/>
        </w:rPr>
        <w:t>Datum: _____________________________</w:t>
      </w:r>
    </w:p>
    <w:p w14:paraId="14296B1F" w14:textId="3869BEC4" w:rsidR="006C1D36" w:rsidRPr="006575C6" w:rsidRDefault="003526AE" w:rsidP="006575C6">
      <w:pPr>
        <w:spacing w:line="276" w:lineRule="auto"/>
        <w:rPr>
          <w:rFonts w:asciiTheme="majorHAnsi" w:hAnsiTheme="majorHAnsi" w:cstheme="majorHAnsi"/>
          <w:lang w:val="cs-CZ"/>
        </w:rPr>
      </w:pPr>
      <w:r w:rsidRPr="006575C6">
        <w:rPr>
          <w:rFonts w:asciiTheme="majorHAnsi" w:hAnsiTheme="majorHAnsi" w:cstheme="majorHAnsi"/>
          <w:lang w:val="cs-CZ"/>
        </w:rPr>
        <w:t>Podpis stážisty: ______________________</w:t>
      </w:r>
      <w:r w:rsidR="002E06EC" w:rsidRPr="006575C6">
        <w:rPr>
          <w:rFonts w:asciiTheme="majorHAnsi" w:hAnsiTheme="majorHAnsi" w:cstheme="majorHAnsi"/>
          <w:lang w:val="cs-CZ"/>
        </w:rPr>
        <w:t xml:space="preserve"> odesláním formuláře souhlasím se zpracováním osobním údajů.</w:t>
      </w:r>
    </w:p>
    <w:p w14:paraId="2763FA9B" w14:textId="4191CB06" w:rsidR="009128AB" w:rsidRPr="006575C6" w:rsidRDefault="009128AB" w:rsidP="006575C6">
      <w:pPr>
        <w:spacing w:line="276" w:lineRule="auto"/>
        <w:rPr>
          <w:rFonts w:asciiTheme="majorHAnsi" w:hAnsiTheme="majorHAnsi" w:cstheme="majorHAnsi"/>
          <w:lang w:val="cs-CZ"/>
        </w:rPr>
      </w:pPr>
    </w:p>
    <w:p w14:paraId="1126804C" w14:textId="0D14924B" w:rsidR="009128AB" w:rsidRPr="006575C6" w:rsidRDefault="009128AB" w:rsidP="006575C6">
      <w:pPr>
        <w:spacing w:line="276" w:lineRule="auto"/>
        <w:rPr>
          <w:rFonts w:asciiTheme="majorHAnsi" w:hAnsiTheme="majorHAnsi" w:cstheme="majorHAnsi"/>
          <w:lang w:val="cs-CZ"/>
        </w:rPr>
      </w:pPr>
    </w:p>
    <w:p w14:paraId="693D00F0" w14:textId="77777777" w:rsidR="009128AB" w:rsidRPr="006575C6" w:rsidRDefault="009128AB" w:rsidP="006575C6">
      <w:pPr>
        <w:spacing w:line="276" w:lineRule="auto"/>
        <w:rPr>
          <w:rFonts w:asciiTheme="majorHAnsi" w:hAnsiTheme="majorHAnsi" w:cstheme="majorHAnsi"/>
          <w:lang w:val="cs-CZ"/>
        </w:rPr>
      </w:pPr>
    </w:p>
    <w:p w14:paraId="13FF532A" w14:textId="54279E91" w:rsidR="006C1D36" w:rsidRPr="006575C6" w:rsidRDefault="00E24D51" w:rsidP="006575C6">
      <w:pPr>
        <w:pStyle w:val="Nadpis2"/>
        <w:spacing w:line="276" w:lineRule="auto"/>
        <w:rPr>
          <w:rFonts w:cstheme="majorHAnsi"/>
          <w:color w:val="auto"/>
          <w:sz w:val="24"/>
          <w:szCs w:val="24"/>
          <w:lang w:val="cs-CZ"/>
        </w:rPr>
      </w:pPr>
      <w:r w:rsidRPr="006575C6">
        <w:rPr>
          <w:rFonts w:cstheme="majorHAnsi"/>
          <w:color w:val="auto"/>
          <w:sz w:val="24"/>
          <w:szCs w:val="24"/>
          <w:lang w:val="cs-CZ"/>
        </w:rPr>
        <w:t>5. INTERNÍ ZÁZNAM – VYPLNÍ CKTCH</w:t>
      </w:r>
    </w:p>
    <w:p w14:paraId="45263000" w14:textId="0321BBFD" w:rsidR="006C1D36" w:rsidRPr="006575C6" w:rsidRDefault="003526AE" w:rsidP="006575C6">
      <w:pPr>
        <w:spacing w:line="276" w:lineRule="auto"/>
        <w:rPr>
          <w:rFonts w:asciiTheme="majorHAnsi" w:hAnsiTheme="majorHAnsi" w:cstheme="majorHAnsi"/>
          <w:lang w:val="cs-CZ"/>
        </w:rPr>
      </w:pPr>
      <w:r w:rsidRPr="006575C6">
        <w:rPr>
          <w:rFonts w:asciiTheme="majorHAnsi" w:hAnsiTheme="majorHAnsi" w:cstheme="majorHAnsi"/>
          <w:lang w:val="cs-CZ"/>
        </w:rPr>
        <w:t xml:space="preserve">Zkontroloval(a) pracovník </w:t>
      </w:r>
      <w:proofErr w:type="spellStart"/>
      <w:r w:rsidRPr="006575C6">
        <w:rPr>
          <w:rFonts w:asciiTheme="majorHAnsi" w:hAnsiTheme="majorHAnsi" w:cstheme="majorHAnsi"/>
          <w:lang w:val="cs-CZ"/>
        </w:rPr>
        <w:t>PaMV</w:t>
      </w:r>
      <w:proofErr w:type="spellEnd"/>
      <w:r w:rsidRPr="006575C6">
        <w:rPr>
          <w:rFonts w:asciiTheme="majorHAnsi" w:hAnsiTheme="majorHAnsi" w:cstheme="majorHAnsi"/>
          <w:lang w:val="cs-CZ"/>
        </w:rPr>
        <w:t>:</w:t>
      </w:r>
      <w:r w:rsidR="005D4CC6" w:rsidRPr="006575C6">
        <w:rPr>
          <w:rFonts w:asciiTheme="majorHAnsi" w:hAnsiTheme="majorHAnsi" w:cstheme="majorHAnsi"/>
          <w:lang w:val="cs-CZ"/>
        </w:rPr>
        <w:t xml:space="preserve"> </w:t>
      </w:r>
      <w:r w:rsidR="009128AB" w:rsidRPr="006575C6">
        <w:rPr>
          <w:rFonts w:asciiTheme="majorHAnsi" w:hAnsiTheme="majorHAnsi" w:cstheme="majorHAnsi"/>
          <w:lang w:val="cs-CZ"/>
        </w:rPr>
        <w:t>___________________________</w:t>
      </w:r>
    </w:p>
    <w:p w14:paraId="650C3D40" w14:textId="40358771" w:rsidR="006C1D36" w:rsidRPr="006575C6" w:rsidRDefault="003526AE" w:rsidP="006575C6">
      <w:pPr>
        <w:spacing w:line="276" w:lineRule="auto"/>
        <w:rPr>
          <w:rFonts w:asciiTheme="majorHAnsi" w:hAnsiTheme="majorHAnsi" w:cstheme="majorHAnsi"/>
          <w:lang w:val="cs-CZ"/>
        </w:rPr>
      </w:pPr>
      <w:r w:rsidRPr="006575C6">
        <w:rPr>
          <w:rFonts w:asciiTheme="majorHAnsi" w:hAnsiTheme="majorHAnsi" w:cstheme="majorHAnsi"/>
          <w:lang w:val="cs-CZ"/>
        </w:rPr>
        <w:t>Datum přijetí přihlášky:</w:t>
      </w:r>
      <w:r w:rsidR="005D4CC6" w:rsidRPr="006575C6">
        <w:rPr>
          <w:rFonts w:asciiTheme="majorHAnsi" w:hAnsiTheme="majorHAnsi" w:cstheme="majorHAnsi"/>
          <w:lang w:val="cs-CZ"/>
        </w:rPr>
        <w:t xml:space="preserve"> </w:t>
      </w:r>
      <w:r w:rsidR="009128AB" w:rsidRPr="006575C6">
        <w:rPr>
          <w:rFonts w:asciiTheme="majorHAnsi" w:hAnsiTheme="majorHAnsi" w:cstheme="majorHAnsi"/>
          <w:lang w:val="cs-CZ"/>
        </w:rPr>
        <w:t>___________________________________</w:t>
      </w:r>
    </w:p>
    <w:p w14:paraId="2196A482" w14:textId="6099CC2C" w:rsidR="006C1D36" w:rsidRPr="006575C6" w:rsidRDefault="009128AB" w:rsidP="006575C6">
      <w:pPr>
        <w:spacing w:line="276" w:lineRule="auto"/>
        <w:rPr>
          <w:rFonts w:asciiTheme="majorHAnsi" w:hAnsiTheme="majorHAnsi" w:cstheme="majorHAnsi"/>
          <w:lang w:val="cs-CZ"/>
        </w:rPr>
      </w:pPr>
      <w:r w:rsidRPr="006575C6">
        <w:rPr>
          <w:rFonts w:asciiTheme="majorHAnsi" w:hAnsiTheme="majorHAnsi" w:cstheme="majorHAnsi"/>
          <w:lang w:val="cs-CZ"/>
        </w:rPr>
        <w:t>S</w:t>
      </w:r>
      <w:r w:rsidR="003526AE" w:rsidRPr="006575C6">
        <w:rPr>
          <w:rFonts w:asciiTheme="majorHAnsi" w:hAnsiTheme="majorHAnsi" w:cstheme="majorHAnsi"/>
          <w:lang w:val="cs-CZ"/>
        </w:rPr>
        <w:t>mlouva zpracována dne:</w:t>
      </w:r>
      <w:r w:rsidR="005D4CC6" w:rsidRPr="006575C6">
        <w:rPr>
          <w:rFonts w:asciiTheme="majorHAnsi" w:hAnsiTheme="majorHAnsi" w:cstheme="majorHAnsi"/>
          <w:lang w:val="cs-CZ"/>
        </w:rPr>
        <w:t xml:space="preserve"> </w:t>
      </w:r>
      <w:r w:rsidRPr="006575C6">
        <w:rPr>
          <w:rFonts w:asciiTheme="majorHAnsi" w:hAnsiTheme="majorHAnsi" w:cstheme="majorHAnsi"/>
          <w:lang w:val="cs-CZ"/>
        </w:rPr>
        <w:t>_________________________________</w:t>
      </w:r>
    </w:p>
    <w:sectPr w:rsidR="006C1D36" w:rsidRPr="006575C6" w:rsidSect="00034616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487BD5" w14:textId="77777777" w:rsidR="00895DFC" w:rsidRDefault="00895DFC">
      <w:pPr>
        <w:spacing w:after="0" w:line="240" w:lineRule="auto"/>
      </w:pPr>
      <w:r>
        <w:separator/>
      </w:r>
    </w:p>
  </w:endnote>
  <w:endnote w:type="continuationSeparator" w:id="0">
    <w:p w14:paraId="40B3A388" w14:textId="77777777" w:rsidR="00895DFC" w:rsidRDefault="00895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5C659" w14:textId="7432A602" w:rsidR="00926D65" w:rsidRPr="00BB4EB9" w:rsidRDefault="00926D65" w:rsidP="00926D65">
    <w:pPr>
      <w:pStyle w:val="Zpat"/>
      <w:jc w:val="center"/>
      <w:rPr>
        <w:lang w:val="cs-CZ"/>
      </w:rPr>
    </w:pPr>
    <w:r w:rsidRPr="00BB4EB9">
      <w:rPr>
        <w:lang w:val="cs-CZ"/>
      </w:rPr>
      <w:t>Ver</w:t>
    </w:r>
    <w:r w:rsidR="00DD1FE5" w:rsidRPr="00BB4EB9">
      <w:rPr>
        <w:lang w:val="cs-CZ"/>
      </w:rPr>
      <w:t>ze</w:t>
    </w:r>
    <w:r w:rsidRPr="00BB4EB9">
      <w:rPr>
        <w:lang w:val="cs-CZ"/>
      </w:rPr>
      <w:t xml:space="preserve"> 1.</w:t>
    </w:r>
    <w:proofErr w:type="gramStart"/>
    <w:r w:rsidR="000B5CAB">
      <w:rPr>
        <w:lang w:val="cs-CZ"/>
      </w:rPr>
      <w:t>1</w:t>
    </w:r>
    <w:r w:rsidRPr="00BB4EB9">
      <w:rPr>
        <w:lang w:val="cs-CZ"/>
      </w:rPr>
      <w:t xml:space="preserve"> – 0</w:t>
    </w:r>
    <w:r w:rsidR="000B5CAB">
      <w:rPr>
        <w:lang w:val="cs-CZ"/>
      </w:rPr>
      <w:t>9</w:t>
    </w:r>
    <w:proofErr w:type="gramEnd"/>
    <w:r w:rsidRPr="00BB4EB9">
      <w:rPr>
        <w:lang w:val="cs-CZ"/>
      </w:rPr>
      <w:t>/2025 | www.cktch.cz | personalni@cktch.cz</w:t>
    </w:r>
  </w:p>
  <w:p w14:paraId="0939FEA5" w14:textId="77777777" w:rsidR="00926D65" w:rsidRPr="00BB4EB9" w:rsidRDefault="00926D65" w:rsidP="00926D65">
    <w:pPr>
      <w:pStyle w:val="Zpat"/>
      <w:jc w:val="center"/>
      <w:rPr>
        <w:lang w:val="cs-C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2583F0" w14:textId="77777777" w:rsidR="00895DFC" w:rsidRDefault="00895DFC">
      <w:pPr>
        <w:spacing w:after="0" w:line="240" w:lineRule="auto"/>
      </w:pPr>
      <w:r>
        <w:separator/>
      </w:r>
    </w:p>
  </w:footnote>
  <w:footnote w:type="continuationSeparator" w:id="0">
    <w:p w14:paraId="3C6A1322" w14:textId="77777777" w:rsidR="00895DFC" w:rsidRDefault="00895D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35A720" w14:textId="0BC7C8EA" w:rsidR="006C1D36" w:rsidRDefault="00926D65" w:rsidP="00926D65">
    <w:pPr>
      <w:pStyle w:val="Zhlav"/>
      <w:jc w:val="center"/>
    </w:pPr>
    <w:r>
      <w:rPr>
        <w:noProof/>
        <w:lang w:eastAsia="cs-CZ"/>
      </w:rPr>
      <w:drawing>
        <wp:inline distT="0" distB="0" distL="0" distR="0" wp14:anchorId="0A736AFD" wp14:editId="6E61261C">
          <wp:extent cx="3277235" cy="67564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-Log CKTCH 02-cmyk-WHITE-cz-30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7235" cy="675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B5CAB"/>
    <w:rsid w:val="0015074B"/>
    <w:rsid w:val="001C4262"/>
    <w:rsid w:val="001D375A"/>
    <w:rsid w:val="001E57E8"/>
    <w:rsid w:val="00240A0C"/>
    <w:rsid w:val="0029639D"/>
    <w:rsid w:val="002E06EC"/>
    <w:rsid w:val="0030106E"/>
    <w:rsid w:val="00326F90"/>
    <w:rsid w:val="003526AE"/>
    <w:rsid w:val="00360453"/>
    <w:rsid w:val="004D3433"/>
    <w:rsid w:val="005D4CC6"/>
    <w:rsid w:val="006575C6"/>
    <w:rsid w:val="006C1D36"/>
    <w:rsid w:val="00821A9F"/>
    <w:rsid w:val="00895DFC"/>
    <w:rsid w:val="009128AB"/>
    <w:rsid w:val="00926D65"/>
    <w:rsid w:val="009C2BC1"/>
    <w:rsid w:val="009F2300"/>
    <w:rsid w:val="00AA1D8D"/>
    <w:rsid w:val="00AD77FE"/>
    <w:rsid w:val="00B47730"/>
    <w:rsid w:val="00B80723"/>
    <w:rsid w:val="00BB4EB9"/>
    <w:rsid w:val="00CA2295"/>
    <w:rsid w:val="00CB0664"/>
    <w:rsid w:val="00DD1FE5"/>
    <w:rsid w:val="00E24D5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66CBFA"/>
  <w14:defaultImageDpi w14:val="300"/>
  <w15:docId w15:val="{AF65804D-98C3-4879-AB42-B9C0B186B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C693F"/>
    <w:pPr>
      <w:spacing w:line="360" w:lineRule="auto"/>
    </w:pPr>
    <w:rPr>
      <w:rFonts w:ascii="Arial" w:hAnsi="Arial"/>
    </w:rPr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33AD45-ACE4-4323-998B-8772E497C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277</Words>
  <Characters>1635</Characters>
  <Application>Microsoft Office Word</Application>
  <DocSecurity>0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1909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Ipser Ondřej</cp:lastModifiedBy>
  <cp:revision>9</cp:revision>
  <dcterms:created xsi:type="dcterms:W3CDTF">2025-08-12T07:41:00Z</dcterms:created>
  <dcterms:modified xsi:type="dcterms:W3CDTF">2025-09-18T12:37:00Z</dcterms:modified>
  <cp:category/>
</cp:coreProperties>
</file>