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784411" w14:textId="1F69F2D2" w:rsidR="006C1D36" w:rsidRPr="00E24D51" w:rsidRDefault="003526AE" w:rsidP="006575C6">
      <w:pPr>
        <w:pStyle w:val="Nadpis1"/>
        <w:spacing w:before="0"/>
        <w:rPr>
          <w:rFonts w:ascii="Arial" w:hAnsi="Arial" w:cs="Arial"/>
          <w:color w:val="auto"/>
          <w:lang w:val="cs-CZ"/>
        </w:rPr>
      </w:pPr>
      <w:r w:rsidRPr="00E24D51">
        <w:rPr>
          <w:rFonts w:ascii="Arial" w:hAnsi="Arial" w:cs="Arial"/>
          <w:color w:val="auto"/>
          <w:lang w:val="cs-CZ"/>
        </w:rPr>
        <w:t>Přihláška na stáž v</w:t>
      </w:r>
      <w:r w:rsidR="00513426">
        <w:rPr>
          <w:rFonts w:ascii="Arial" w:hAnsi="Arial" w:cs="Arial"/>
          <w:color w:val="auto"/>
          <w:lang w:val="cs-CZ"/>
        </w:rPr>
        <w:t> </w:t>
      </w:r>
      <w:r w:rsidRPr="00E24D51">
        <w:rPr>
          <w:rFonts w:ascii="Arial" w:hAnsi="Arial" w:cs="Arial"/>
          <w:color w:val="auto"/>
          <w:lang w:val="cs-CZ"/>
        </w:rPr>
        <w:t>CKTCH</w:t>
      </w:r>
      <w:r w:rsidR="00513426">
        <w:rPr>
          <w:rFonts w:ascii="Arial" w:hAnsi="Arial" w:cs="Arial"/>
          <w:color w:val="auto"/>
          <w:lang w:val="cs-CZ"/>
        </w:rPr>
        <w:t xml:space="preserve"> Brno</w:t>
      </w:r>
    </w:p>
    <w:p w14:paraId="68D81C09" w14:textId="5884B935" w:rsidR="006C1D36" w:rsidRPr="001E57E8" w:rsidRDefault="003526AE" w:rsidP="006575C6">
      <w:pPr>
        <w:spacing w:line="276" w:lineRule="auto"/>
        <w:jc w:val="both"/>
        <w:rPr>
          <w:rFonts w:asciiTheme="majorHAnsi" w:hAnsiTheme="majorHAnsi" w:cstheme="majorHAnsi"/>
          <w:lang w:val="cs-CZ"/>
        </w:rPr>
      </w:pPr>
      <w:r w:rsidRPr="001E57E8">
        <w:rPr>
          <w:rFonts w:asciiTheme="majorHAnsi" w:hAnsiTheme="majorHAnsi" w:cstheme="majorHAnsi"/>
          <w:lang w:val="cs-CZ"/>
        </w:rPr>
        <w:t xml:space="preserve">Tento formulář slouží k zajištění stáže </w:t>
      </w:r>
      <w:r w:rsidR="00AC0FCD">
        <w:rPr>
          <w:rFonts w:asciiTheme="majorHAnsi" w:hAnsiTheme="majorHAnsi" w:cstheme="majorHAnsi"/>
          <w:lang w:val="cs-CZ"/>
        </w:rPr>
        <w:t>mimo rámec specializačního vzdělávání. Formulář je určen pro studenty vyšších ročníků vysokých a vyšších odborných škol, vědecké pracovníky</w:t>
      </w:r>
      <w:r w:rsidR="00F25320">
        <w:rPr>
          <w:rFonts w:asciiTheme="majorHAnsi" w:hAnsiTheme="majorHAnsi" w:cstheme="majorHAnsi"/>
          <w:lang w:val="cs-CZ"/>
        </w:rPr>
        <w:t xml:space="preserve">, </w:t>
      </w:r>
      <w:r w:rsidR="00AC0FCD">
        <w:rPr>
          <w:rFonts w:asciiTheme="majorHAnsi" w:hAnsiTheme="majorHAnsi" w:cstheme="majorHAnsi"/>
          <w:lang w:val="cs-CZ"/>
        </w:rPr>
        <w:t>lékaře</w:t>
      </w:r>
      <w:r w:rsidR="00F25320">
        <w:rPr>
          <w:rFonts w:asciiTheme="majorHAnsi" w:hAnsiTheme="majorHAnsi" w:cstheme="majorHAnsi"/>
          <w:lang w:val="cs-CZ"/>
        </w:rPr>
        <w:t xml:space="preserve"> a </w:t>
      </w:r>
      <w:r w:rsidR="00AC0FCD">
        <w:rPr>
          <w:rFonts w:asciiTheme="majorHAnsi" w:hAnsiTheme="majorHAnsi" w:cstheme="majorHAnsi"/>
          <w:lang w:val="cs-CZ"/>
        </w:rPr>
        <w:t>NLZP, kteří mají zájem o krátkodobou či individuálně domluvenou stáž v</w:t>
      </w:r>
      <w:r w:rsidR="00513426">
        <w:rPr>
          <w:rFonts w:asciiTheme="majorHAnsi" w:hAnsiTheme="majorHAnsi" w:cstheme="majorHAnsi"/>
          <w:lang w:val="cs-CZ"/>
        </w:rPr>
        <w:t> </w:t>
      </w:r>
      <w:r w:rsidR="00AC0FCD">
        <w:rPr>
          <w:rFonts w:asciiTheme="majorHAnsi" w:hAnsiTheme="majorHAnsi" w:cstheme="majorHAnsi"/>
          <w:lang w:val="cs-CZ"/>
        </w:rPr>
        <w:t>CKTCH</w:t>
      </w:r>
      <w:r w:rsidR="00513426">
        <w:rPr>
          <w:rFonts w:asciiTheme="majorHAnsi" w:hAnsiTheme="majorHAnsi" w:cstheme="majorHAnsi"/>
          <w:lang w:val="cs-CZ"/>
        </w:rPr>
        <w:t xml:space="preserve"> Brno</w:t>
      </w:r>
      <w:r w:rsidR="00AC0FCD">
        <w:rPr>
          <w:rFonts w:asciiTheme="majorHAnsi" w:hAnsiTheme="majorHAnsi" w:cstheme="majorHAnsi"/>
          <w:lang w:val="cs-CZ"/>
        </w:rPr>
        <w:t>. Formulář s</w:t>
      </w:r>
      <w:r w:rsidRPr="001E57E8">
        <w:rPr>
          <w:rFonts w:asciiTheme="majorHAnsi" w:hAnsiTheme="majorHAnsi" w:cstheme="majorHAnsi"/>
          <w:lang w:val="cs-CZ"/>
        </w:rPr>
        <w:t>louží jako podklad pro vypracování smlouvy.</w:t>
      </w:r>
    </w:p>
    <w:p w14:paraId="45B879A2" w14:textId="77777777" w:rsidR="006C1D36" w:rsidRPr="006575C6" w:rsidRDefault="003526AE" w:rsidP="006575C6">
      <w:pPr>
        <w:pStyle w:val="Nadpis2"/>
        <w:spacing w:line="276" w:lineRule="auto"/>
        <w:rPr>
          <w:rFonts w:cstheme="majorHAnsi"/>
          <w:color w:val="auto"/>
          <w:sz w:val="24"/>
          <w:szCs w:val="24"/>
          <w:lang w:val="cs-CZ"/>
        </w:rPr>
      </w:pPr>
      <w:r w:rsidRPr="006575C6">
        <w:rPr>
          <w:rFonts w:cstheme="majorHAnsi"/>
          <w:color w:val="auto"/>
          <w:sz w:val="24"/>
          <w:szCs w:val="24"/>
          <w:lang w:val="cs-CZ"/>
        </w:rPr>
        <w:t>1. ÚDAJE O STÁŽISTOVI</w:t>
      </w:r>
    </w:p>
    <w:p w14:paraId="511F1910" w14:textId="77777777" w:rsidR="006C1D36" w:rsidRPr="006575C6" w:rsidRDefault="003526AE" w:rsidP="00445453">
      <w:pPr>
        <w:spacing w:after="0"/>
        <w:rPr>
          <w:rFonts w:asciiTheme="majorHAnsi" w:hAnsiTheme="majorHAnsi" w:cstheme="majorHAnsi"/>
          <w:lang w:val="cs-CZ"/>
        </w:rPr>
      </w:pPr>
      <w:r w:rsidRPr="006575C6">
        <w:rPr>
          <w:rFonts w:asciiTheme="majorHAnsi" w:hAnsiTheme="majorHAnsi" w:cstheme="majorHAnsi"/>
          <w:lang w:val="cs-CZ"/>
        </w:rPr>
        <w:t>Jméno, příjmení, titul:</w:t>
      </w:r>
    </w:p>
    <w:p w14:paraId="31115327" w14:textId="77777777" w:rsidR="006C1D36" w:rsidRPr="006575C6" w:rsidRDefault="003526AE" w:rsidP="00445453">
      <w:pPr>
        <w:spacing w:after="0"/>
        <w:rPr>
          <w:rFonts w:asciiTheme="majorHAnsi" w:hAnsiTheme="majorHAnsi" w:cstheme="majorHAnsi"/>
          <w:lang w:val="cs-CZ"/>
        </w:rPr>
      </w:pPr>
      <w:r w:rsidRPr="006575C6">
        <w:rPr>
          <w:rFonts w:asciiTheme="majorHAnsi" w:hAnsiTheme="majorHAnsi" w:cstheme="majorHAnsi"/>
          <w:lang w:val="cs-CZ"/>
        </w:rPr>
        <w:t>Datum narození:</w:t>
      </w:r>
    </w:p>
    <w:p w14:paraId="00AFDEEE" w14:textId="1BA21B08" w:rsidR="006C1D36" w:rsidRPr="006575C6" w:rsidRDefault="00AD77FE" w:rsidP="00445453">
      <w:pPr>
        <w:spacing w:after="0"/>
        <w:rPr>
          <w:rFonts w:asciiTheme="majorHAnsi" w:hAnsiTheme="majorHAnsi" w:cstheme="majorHAnsi"/>
          <w:lang w:val="cs-CZ"/>
        </w:rPr>
      </w:pPr>
      <w:r>
        <w:rPr>
          <w:rFonts w:asciiTheme="majorHAnsi" w:hAnsiTheme="majorHAnsi" w:cstheme="majorHAnsi"/>
          <w:lang w:val="cs-CZ"/>
        </w:rPr>
        <w:t>Pracovní pozice</w:t>
      </w:r>
      <w:r w:rsidR="00767997">
        <w:rPr>
          <w:rFonts w:asciiTheme="majorHAnsi" w:hAnsiTheme="majorHAnsi" w:cstheme="majorHAnsi"/>
          <w:lang w:val="cs-CZ"/>
        </w:rPr>
        <w:t>/studium</w:t>
      </w:r>
      <w:r>
        <w:rPr>
          <w:rFonts w:asciiTheme="majorHAnsi" w:hAnsiTheme="majorHAnsi" w:cstheme="majorHAnsi"/>
          <w:lang w:val="cs-CZ"/>
        </w:rPr>
        <w:t>:</w:t>
      </w:r>
    </w:p>
    <w:p w14:paraId="7608092E" w14:textId="77777777" w:rsidR="006C1D36" w:rsidRPr="006575C6" w:rsidRDefault="003526AE" w:rsidP="00445453">
      <w:pPr>
        <w:spacing w:after="0"/>
        <w:rPr>
          <w:rFonts w:asciiTheme="majorHAnsi" w:hAnsiTheme="majorHAnsi" w:cstheme="majorHAnsi"/>
          <w:lang w:val="cs-CZ"/>
        </w:rPr>
      </w:pPr>
      <w:r w:rsidRPr="006575C6">
        <w:rPr>
          <w:rFonts w:asciiTheme="majorHAnsi" w:hAnsiTheme="majorHAnsi" w:cstheme="majorHAnsi"/>
          <w:lang w:val="cs-CZ"/>
        </w:rPr>
        <w:t>Bydliště (ulice, město, PSČ):</w:t>
      </w:r>
    </w:p>
    <w:p w14:paraId="2D5516CF" w14:textId="77777777" w:rsidR="006C1D36" w:rsidRPr="006575C6" w:rsidRDefault="003526AE" w:rsidP="00445453">
      <w:pPr>
        <w:spacing w:after="0"/>
        <w:rPr>
          <w:rFonts w:asciiTheme="majorHAnsi" w:hAnsiTheme="majorHAnsi" w:cstheme="majorHAnsi"/>
          <w:lang w:val="cs-CZ"/>
        </w:rPr>
      </w:pPr>
      <w:r w:rsidRPr="006575C6">
        <w:rPr>
          <w:rFonts w:asciiTheme="majorHAnsi" w:hAnsiTheme="majorHAnsi" w:cstheme="majorHAnsi"/>
          <w:lang w:val="cs-CZ"/>
        </w:rPr>
        <w:t>Telefon:</w:t>
      </w:r>
    </w:p>
    <w:p w14:paraId="3458D433" w14:textId="77777777" w:rsidR="006C1D36" w:rsidRPr="006575C6" w:rsidRDefault="003526AE" w:rsidP="00445453">
      <w:pPr>
        <w:rPr>
          <w:rFonts w:asciiTheme="majorHAnsi" w:hAnsiTheme="majorHAnsi" w:cstheme="majorHAnsi"/>
          <w:lang w:val="cs-CZ"/>
        </w:rPr>
      </w:pPr>
      <w:r w:rsidRPr="006575C6">
        <w:rPr>
          <w:rFonts w:asciiTheme="majorHAnsi" w:hAnsiTheme="majorHAnsi" w:cstheme="majorHAnsi"/>
          <w:lang w:val="cs-CZ"/>
        </w:rPr>
        <w:t>E-mail:</w:t>
      </w:r>
    </w:p>
    <w:p w14:paraId="4ED16991" w14:textId="219E2168" w:rsidR="006C1D36" w:rsidRPr="006575C6" w:rsidRDefault="00182B8C" w:rsidP="006575C6">
      <w:pPr>
        <w:pStyle w:val="Nadpis2"/>
        <w:spacing w:line="276" w:lineRule="auto"/>
        <w:rPr>
          <w:rFonts w:cstheme="majorHAnsi"/>
          <w:color w:val="auto"/>
          <w:sz w:val="24"/>
          <w:szCs w:val="24"/>
          <w:lang w:val="cs-CZ"/>
        </w:rPr>
      </w:pPr>
      <w:r>
        <w:rPr>
          <w:rFonts w:cstheme="majorHAnsi"/>
          <w:color w:val="auto"/>
          <w:sz w:val="24"/>
          <w:szCs w:val="24"/>
          <w:lang w:val="cs-CZ"/>
        </w:rPr>
        <w:t>2</w:t>
      </w:r>
      <w:r w:rsidR="00E24D51" w:rsidRPr="006575C6">
        <w:rPr>
          <w:rFonts w:cstheme="majorHAnsi"/>
          <w:color w:val="auto"/>
          <w:sz w:val="24"/>
          <w:szCs w:val="24"/>
          <w:lang w:val="cs-CZ"/>
        </w:rPr>
        <w:t>. INFORMACE O STÁŽI</w:t>
      </w:r>
    </w:p>
    <w:p w14:paraId="6119CA2A" w14:textId="17382FE7" w:rsidR="00E60070" w:rsidRDefault="004A48C6" w:rsidP="00445453">
      <w:pPr>
        <w:spacing w:after="0"/>
        <w:rPr>
          <w:rFonts w:asciiTheme="majorHAnsi" w:hAnsiTheme="majorHAnsi" w:cstheme="majorHAnsi"/>
          <w:lang w:val="cs-CZ"/>
        </w:rPr>
      </w:pPr>
      <w:r>
        <w:rPr>
          <w:rFonts w:asciiTheme="majorHAnsi" w:hAnsiTheme="majorHAnsi" w:cstheme="majorHAnsi"/>
          <w:lang w:val="cs-CZ"/>
        </w:rPr>
        <w:t>Specializace,</w:t>
      </w:r>
      <w:r w:rsidR="00E60070" w:rsidRPr="00E60070">
        <w:rPr>
          <w:rFonts w:asciiTheme="majorHAnsi" w:hAnsiTheme="majorHAnsi" w:cstheme="majorHAnsi"/>
          <w:lang w:val="cs-CZ"/>
        </w:rPr>
        <w:t xml:space="preserve"> o kter</w:t>
      </w:r>
      <w:r>
        <w:rPr>
          <w:rFonts w:asciiTheme="majorHAnsi" w:hAnsiTheme="majorHAnsi" w:cstheme="majorHAnsi"/>
          <w:lang w:val="cs-CZ"/>
        </w:rPr>
        <w:t>ou</w:t>
      </w:r>
      <w:r w:rsidR="00E60070" w:rsidRPr="00E60070">
        <w:rPr>
          <w:rFonts w:asciiTheme="majorHAnsi" w:hAnsiTheme="majorHAnsi" w:cstheme="majorHAnsi"/>
          <w:lang w:val="cs-CZ"/>
        </w:rPr>
        <w:t xml:space="preserve"> má </w:t>
      </w:r>
      <w:r w:rsidR="00745EE3">
        <w:rPr>
          <w:rFonts w:asciiTheme="majorHAnsi" w:hAnsiTheme="majorHAnsi" w:cstheme="majorHAnsi"/>
          <w:lang w:val="cs-CZ"/>
        </w:rPr>
        <w:t>stážista</w:t>
      </w:r>
      <w:r w:rsidR="00E60070" w:rsidRPr="00E60070">
        <w:rPr>
          <w:rFonts w:asciiTheme="majorHAnsi" w:hAnsiTheme="majorHAnsi" w:cstheme="majorHAnsi"/>
          <w:lang w:val="cs-CZ"/>
        </w:rPr>
        <w:t xml:space="preserve"> zájem</w:t>
      </w:r>
      <w:r w:rsidR="00C519B7">
        <w:rPr>
          <w:rFonts w:asciiTheme="majorHAnsi" w:hAnsiTheme="majorHAnsi" w:cstheme="majorHAnsi"/>
          <w:lang w:val="cs-CZ"/>
        </w:rPr>
        <w:t>:</w:t>
      </w:r>
      <w:r>
        <w:rPr>
          <w:rFonts w:asciiTheme="majorHAnsi" w:hAnsiTheme="majorHAnsi" w:cstheme="majorHAnsi"/>
          <w:lang w:val="cs-CZ"/>
        </w:rPr>
        <w:t xml:space="preserve"> kardiologie/kardiochirurgie/anesteziologie/j</w:t>
      </w:r>
      <w:bookmarkStart w:id="0" w:name="_GoBack"/>
      <w:bookmarkEnd w:id="0"/>
      <w:r>
        <w:rPr>
          <w:rFonts w:asciiTheme="majorHAnsi" w:hAnsiTheme="majorHAnsi" w:cstheme="majorHAnsi"/>
          <w:lang w:val="cs-CZ"/>
        </w:rPr>
        <w:t>iné:</w:t>
      </w:r>
    </w:p>
    <w:p w14:paraId="513CED3B" w14:textId="21D21278" w:rsidR="004A48C6" w:rsidRPr="00E60070" w:rsidRDefault="004A48C6" w:rsidP="00445453">
      <w:pPr>
        <w:spacing w:after="0"/>
        <w:rPr>
          <w:rFonts w:asciiTheme="majorHAnsi" w:hAnsiTheme="majorHAnsi" w:cstheme="majorHAnsi"/>
          <w:lang w:val="cs-CZ"/>
        </w:rPr>
      </w:pPr>
      <w:r>
        <w:rPr>
          <w:rFonts w:asciiTheme="majorHAnsi" w:hAnsiTheme="majorHAnsi" w:cstheme="majorHAnsi"/>
          <w:lang w:val="cs-CZ"/>
        </w:rPr>
        <w:t>…………………………………………………………</w:t>
      </w:r>
    </w:p>
    <w:p w14:paraId="4710FE34" w14:textId="39EEC1D2" w:rsidR="00E60070" w:rsidRPr="00E60070" w:rsidRDefault="00E60070" w:rsidP="00445453">
      <w:pPr>
        <w:spacing w:after="0"/>
        <w:rPr>
          <w:rFonts w:asciiTheme="majorHAnsi" w:hAnsiTheme="majorHAnsi" w:cstheme="majorHAnsi"/>
          <w:lang w:val="cs-CZ"/>
        </w:rPr>
      </w:pPr>
      <w:r w:rsidRPr="00E60070">
        <w:rPr>
          <w:rFonts w:asciiTheme="majorHAnsi" w:hAnsiTheme="majorHAnsi" w:cstheme="majorHAnsi"/>
          <w:lang w:val="cs-CZ"/>
        </w:rPr>
        <w:t>Požadovaný termín stáže (od – do)</w:t>
      </w:r>
      <w:r w:rsidR="00C519B7">
        <w:rPr>
          <w:rFonts w:asciiTheme="majorHAnsi" w:hAnsiTheme="majorHAnsi" w:cstheme="majorHAnsi"/>
          <w:lang w:val="cs-CZ"/>
        </w:rPr>
        <w:t>:</w:t>
      </w:r>
    </w:p>
    <w:p w14:paraId="59FAEF55" w14:textId="178E5DBF" w:rsidR="00E60070" w:rsidRPr="00E60070" w:rsidRDefault="00E60070" w:rsidP="00445453">
      <w:pPr>
        <w:spacing w:after="0"/>
        <w:rPr>
          <w:rFonts w:asciiTheme="majorHAnsi" w:hAnsiTheme="majorHAnsi" w:cstheme="majorHAnsi"/>
          <w:lang w:val="cs-CZ"/>
        </w:rPr>
      </w:pPr>
      <w:r w:rsidRPr="00E60070">
        <w:rPr>
          <w:rFonts w:asciiTheme="majorHAnsi" w:hAnsiTheme="majorHAnsi" w:cstheme="majorHAnsi"/>
          <w:lang w:val="cs-CZ"/>
        </w:rPr>
        <w:t>Počet dní/týdnů</w:t>
      </w:r>
      <w:r w:rsidR="00C519B7">
        <w:rPr>
          <w:rFonts w:asciiTheme="majorHAnsi" w:hAnsiTheme="majorHAnsi" w:cstheme="majorHAnsi"/>
          <w:lang w:val="cs-CZ"/>
        </w:rPr>
        <w:t>:</w:t>
      </w:r>
    </w:p>
    <w:p w14:paraId="476ACF06" w14:textId="77777777" w:rsidR="0010034D" w:rsidRDefault="0010034D" w:rsidP="00C519B7">
      <w:pPr>
        <w:spacing w:line="240" w:lineRule="auto"/>
        <w:rPr>
          <w:rFonts w:asciiTheme="majorHAnsi" w:hAnsiTheme="majorHAnsi" w:cstheme="majorHAnsi"/>
          <w:lang w:val="cs-CZ"/>
        </w:rPr>
      </w:pPr>
    </w:p>
    <w:p w14:paraId="06A0F903" w14:textId="314A9BB9" w:rsidR="00E60070" w:rsidRPr="00E60070" w:rsidRDefault="00E60070" w:rsidP="00C519B7">
      <w:pPr>
        <w:spacing w:after="0"/>
        <w:rPr>
          <w:rFonts w:asciiTheme="majorHAnsi" w:hAnsiTheme="majorHAnsi" w:cstheme="majorHAnsi"/>
          <w:b/>
          <w:bCs/>
          <w:lang w:val="cs-CZ"/>
        </w:rPr>
      </w:pPr>
      <w:r w:rsidRPr="00E60070">
        <w:rPr>
          <w:rFonts w:asciiTheme="majorHAnsi" w:hAnsiTheme="majorHAnsi" w:cstheme="majorHAnsi"/>
          <w:b/>
          <w:bCs/>
          <w:lang w:val="cs-CZ"/>
        </w:rPr>
        <w:t>3. POVINNÁ PROHLÁŠENÍ</w:t>
      </w:r>
    </w:p>
    <w:p w14:paraId="71DE7CED" w14:textId="02208D62" w:rsidR="00AC0FCD" w:rsidRPr="006575C6" w:rsidRDefault="00AC0FCD" w:rsidP="00C519B7">
      <w:pPr>
        <w:spacing w:after="0" w:line="276" w:lineRule="auto"/>
        <w:jc w:val="both"/>
        <w:rPr>
          <w:rFonts w:asciiTheme="majorHAnsi" w:hAnsiTheme="majorHAnsi" w:cstheme="majorHAnsi"/>
          <w:lang w:val="cs-CZ"/>
        </w:rPr>
      </w:pPr>
      <w:r w:rsidRPr="006575C6">
        <w:rPr>
          <w:rFonts w:asciiTheme="majorHAnsi" w:hAnsiTheme="majorHAnsi" w:cstheme="majorHAnsi"/>
          <w:lang w:val="cs-CZ"/>
        </w:rPr>
        <w:t>[</w:t>
      </w:r>
      <w:r w:rsidRPr="006575C6">
        <w:rPr>
          <w:rFonts w:asciiTheme="majorHAnsi" w:hAnsiTheme="majorHAnsi" w:cstheme="majorHAnsi"/>
          <w:b/>
          <w:lang w:val="cs-CZ"/>
        </w:rPr>
        <w:t>x</w:t>
      </w:r>
      <w:r w:rsidRPr="006575C6">
        <w:rPr>
          <w:rFonts w:asciiTheme="majorHAnsi" w:hAnsiTheme="majorHAnsi" w:cstheme="majorHAnsi"/>
          <w:lang w:val="cs-CZ"/>
        </w:rPr>
        <w:t>] Beru na vědomí, že CKTCH bude zpracovávat moje osobní údaje v souladu s platnou legislativou a Nařízením GDPR. Osobní údaje jsou evidovány a uchovávány na oddělení personálního, mzdového a vzdělávání (</w:t>
      </w:r>
      <w:proofErr w:type="spellStart"/>
      <w:r w:rsidRPr="006575C6">
        <w:rPr>
          <w:rFonts w:asciiTheme="majorHAnsi" w:hAnsiTheme="majorHAnsi" w:cstheme="majorHAnsi"/>
          <w:lang w:val="cs-CZ"/>
        </w:rPr>
        <w:t>PaMV</w:t>
      </w:r>
      <w:proofErr w:type="spellEnd"/>
      <w:r w:rsidRPr="006575C6">
        <w:rPr>
          <w:rFonts w:asciiTheme="majorHAnsi" w:hAnsiTheme="majorHAnsi" w:cstheme="majorHAnsi"/>
          <w:lang w:val="cs-CZ"/>
        </w:rPr>
        <w:t>) CKTCH</w:t>
      </w:r>
      <w:r w:rsidR="00513426">
        <w:rPr>
          <w:rFonts w:asciiTheme="majorHAnsi" w:hAnsiTheme="majorHAnsi" w:cstheme="majorHAnsi"/>
          <w:lang w:val="cs-CZ"/>
        </w:rPr>
        <w:t xml:space="preserve"> Brno</w:t>
      </w:r>
      <w:r w:rsidRPr="006575C6">
        <w:rPr>
          <w:rFonts w:asciiTheme="majorHAnsi" w:hAnsiTheme="majorHAnsi" w:cstheme="majorHAnsi"/>
          <w:lang w:val="cs-CZ"/>
        </w:rPr>
        <w:t xml:space="preserve"> v souladu se Směrnicí SM-ORG-13 Nakládání s</w:t>
      </w:r>
      <w:r w:rsidR="00513426">
        <w:rPr>
          <w:rFonts w:asciiTheme="majorHAnsi" w:hAnsiTheme="majorHAnsi" w:cstheme="majorHAnsi"/>
          <w:lang w:val="cs-CZ"/>
        </w:rPr>
        <w:t> </w:t>
      </w:r>
      <w:r w:rsidRPr="006575C6">
        <w:rPr>
          <w:rFonts w:asciiTheme="majorHAnsi" w:hAnsiTheme="majorHAnsi" w:cstheme="majorHAnsi"/>
          <w:lang w:val="cs-CZ"/>
        </w:rPr>
        <w:t xml:space="preserve">osobními údaji.  </w:t>
      </w:r>
    </w:p>
    <w:p w14:paraId="17C9B2AE" w14:textId="172B0518" w:rsidR="00E60070" w:rsidRDefault="00AC0FCD" w:rsidP="00C519B7">
      <w:pPr>
        <w:spacing w:after="0" w:line="276" w:lineRule="auto"/>
        <w:jc w:val="both"/>
        <w:rPr>
          <w:rFonts w:asciiTheme="majorHAnsi" w:hAnsiTheme="majorHAnsi" w:cstheme="majorHAnsi"/>
          <w:lang w:val="cs-CZ"/>
        </w:rPr>
      </w:pPr>
      <w:r w:rsidRPr="006575C6">
        <w:rPr>
          <w:rFonts w:asciiTheme="majorHAnsi" w:hAnsiTheme="majorHAnsi" w:cstheme="majorHAnsi"/>
          <w:lang w:val="cs-CZ"/>
        </w:rPr>
        <w:t>[</w:t>
      </w:r>
      <w:r w:rsidRPr="006575C6">
        <w:rPr>
          <w:rFonts w:asciiTheme="majorHAnsi" w:hAnsiTheme="majorHAnsi" w:cstheme="majorHAnsi"/>
          <w:b/>
          <w:lang w:val="cs-CZ"/>
        </w:rPr>
        <w:t>x</w:t>
      </w:r>
      <w:r w:rsidRPr="006575C6">
        <w:rPr>
          <w:rFonts w:asciiTheme="majorHAnsi" w:hAnsiTheme="majorHAnsi" w:cstheme="majorHAnsi"/>
          <w:lang w:val="cs-CZ"/>
        </w:rPr>
        <w:t xml:space="preserve">] Souhlasím s podmínkami stáže a zavazuji se dodržovat pravidla BOZP a PO dle místního školení. </w:t>
      </w:r>
    </w:p>
    <w:p w14:paraId="686F31DF" w14:textId="77777777" w:rsidR="00C519B7" w:rsidRPr="00E60070" w:rsidRDefault="00C519B7" w:rsidP="0010034D">
      <w:pPr>
        <w:spacing w:after="0" w:line="276" w:lineRule="auto"/>
        <w:jc w:val="both"/>
        <w:rPr>
          <w:rFonts w:asciiTheme="majorHAnsi" w:hAnsiTheme="majorHAnsi" w:cstheme="majorHAnsi"/>
          <w:lang w:val="cs-CZ"/>
        </w:rPr>
      </w:pPr>
    </w:p>
    <w:p w14:paraId="2FD87C27" w14:textId="33609642" w:rsidR="00E60070" w:rsidRPr="00E60070" w:rsidRDefault="00E60070" w:rsidP="00E60070">
      <w:pPr>
        <w:spacing w:after="0"/>
        <w:rPr>
          <w:rFonts w:asciiTheme="majorHAnsi" w:hAnsiTheme="majorHAnsi" w:cstheme="majorHAnsi"/>
          <w:b/>
          <w:bCs/>
          <w:lang w:val="cs-CZ"/>
        </w:rPr>
      </w:pPr>
      <w:r w:rsidRPr="00E60070">
        <w:rPr>
          <w:rFonts w:asciiTheme="majorHAnsi" w:hAnsiTheme="majorHAnsi" w:cstheme="majorHAnsi"/>
          <w:b/>
          <w:bCs/>
          <w:lang w:val="cs-CZ"/>
        </w:rPr>
        <w:t xml:space="preserve">4. PODPIS </w:t>
      </w:r>
      <w:r w:rsidR="00840BC0">
        <w:rPr>
          <w:rFonts w:asciiTheme="majorHAnsi" w:hAnsiTheme="majorHAnsi" w:cstheme="majorHAnsi"/>
          <w:b/>
          <w:bCs/>
          <w:lang w:val="cs-CZ"/>
        </w:rPr>
        <w:t>ZÁJEMCE O STÁŽ</w:t>
      </w:r>
    </w:p>
    <w:p w14:paraId="1F1FADD3" w14:textId="77777777" w:rsidR="00E60070" w:rsidRPr="00E60070" w:rsidRDefault="00E60070" w:rsidP="00445453">
      <w:pPr>
        <w:spacing w:after="0"/>
        <w:rPr>
          <w:rFonts w:asciiTheme="majorHAnsi" w:hAnsiTheme="majorHAnsi" w:cstheme="majorHAnsi"/>
          <w:lang w:val="cs-CZ"/>
        </w:rPr>
      </w:pPr>
      <w:r w:rsidRPr="00E60070">
        <w:rPr>
          <w:rFonts w:asciiTheme="majorHAnsi" w:hAnsiTheme="majorHAnsi" w:cstheme="majorHAnsi"/>
          <w:lang w:val="cs-CZ"/>
        </w:rPr>
        <w:t>Datum: _________</w:t>
      </w:r>
    </w:p>
    <w:p w14:paraId="78D564C3" w14:textId="6651070D" w:rsidR="006575C6" w:rsidRDefault="00E60070" w:rsidP="00445453">
      <w:pPr>
        <w:rPr>
          <w:rFonts w:asciiTheme="majorHAnsi" w:hAnsiTheme="majorHAnsi" w:cstheme="majorHAnsi"/>
          <w:lang w:val="cs-CZ"/>
        </w:rPr>
      </w:pPr>
      <w:r w:rsidRPr="00E60070">
        <w:rPr>
          <w:rFonts w:asciiTheme="majorHAnsi" w:hAnsiTheme="majorHAnsi" w:cstheme="majorHAnsi"/>
          <w:lang w:val="cs-CZ"/>
        </w:rPr>
        <w:t xml:space="preserve">Podpis: _________ </w:t>
      </w:r>
    </w:p>
    <w:p w14:paraId="6BDFD61B" w14:textId="77777777" w:rsidR="0092743A" w:rsidRPr="0092743A" w:rsidRDefault="0092743A" w:rsidP="0010034D">
      <w:pPr>
        <w:spacing w:after="0" w:line="276" w:lineRule="auto"/>
        <w:rPr>
          <w:rFonts w:asciiTheme="majorHAnsi" w:eastAsiaTheme="majorEastAsia" w:hAnsiTheme="majorHAnsi" w:cstheme="majorHAnsi"/>
          <w:b/>
          <w:bCs/>
          <w:sz w:val="24"/>
          <w:szCs w:val="24"/>
          <w:lang w:val="cs-CZ"/>
        </w:rPr>
      </w:pPr>
      <w:r w:rsidRPr="0092743A">
        <w:rPr>
          <w:rFonts w:asciiTheme="majorHAnsi" w:eastAsiaTheme="majorEastAsia" w:hAnsiTheme="majorHAnsi" w:cstheme="majorHAnsi"/>
          <w:b/>
          <w:bCs/>
          <w:sz w:val="24"/>
          <w:szCs w:val="24"/>
          <w:lang w:val="cs-CZ"/>
        </w:rPr>
        <w:t>5. Interní část (vyplní CKTCH)</w:t>
      </w:r>
    </w:p>
    <w:p w14:paraId="0525B137" w14:textId="5A45FD5E" w:rsidR="0092743A" w:rsidRPr="00445453" w:rsidRDefault="0092743A" w:rsidP="00445453">
      <w:pPr>
        <w:spacing w:after="0"/>
        <w:rPr>
          <w:rFonts w:asciiTheme="majorHAnsi" w:eastAsiaTheme="majorEastAsia" w:hAnsiTheme="majorHAnsi" w:cstheme="majorHAnsi"/>
          <w:b/>
          <w:bCs/>
          <w:lang w:val="cs-CZ"/>
        </w:rPr>
      </w:pPr>
      <w:r w:rsidRPr="00445453">
        <w:rPr>
          <w:rFonts w:asciiTheme="majorHAnsi" w:eastAsiaTheme="majorEastAsia" w:hAnsiTheme="majorHAnsi" w:cstheme="majorHAnsi"/>
          <w:b/>
          <w:bCs/>
          <w:lang w:val="cs-CZ"/>
        </w:rPr>
        <w:t>Přijato dne: ______</w:t>
      </w:r>
      <w:r w:rsidR="0010034D" w:rsidRPr="00445453">
        <w:rPr>
          <w:rFonts w:asciiTheme="majorHAnsi" w:eastAsiaTheme="majorEastAsia" w:hAnsiTheme="majorHAnsi" w:cstheme="majorHAnsi"/>
          <w:b/>
          <w:bCs/>
          <w:lang w:val="cs-CZ"/>
        </w:rPr>
        <w:t>______</w:t>
      </w:r>
    </w:p>
    <w:p w14:paraId="78D6766B" w14:textId="19A1484E" w:rsidR="0092743A" w:rsidRPr="00445453" w:rsidRDefault="0092743A" w:rsidP="00445453">
      <w:pPr>
        <w:spacing w:after="0"/>
        <w:rPr>
          <w:rFonts w:asciiTheme="majorHAnsi" w:eastAsiaTheme="majorEastAsia" w:hAnsiTheme="majorHAnsi" w:cstheme="majorHAnsi"/>
          <w:b/>
          <w:bCs/>
          <w:lang w:val="cs-CZ"/>
        </w:rPr>
      </w:pPr>
      <w:r w:rsidRPr="00445453">
        <w:rPr>
          <w:rFonts w:asciiTheme="majorHAnsi" w:eastAsiaTheme="majorEastAsia" w:hAnsiTheme="majorHAnsi" w:cstheme="majorHAnsi"/>
          <w:b/>
          <w:bCs/>
          <w:lang w:val="cs-CZ"/>
        </w:rPr>
        <w:t xml:space="preserve">Smlouva připravena dne: </w:t>
      </w:r>
      <w:r w:rsidR="0010034D" w:rsidRPr="00445453">
        <w:rPr>
          <w:rFonts w:asciiTheme="majorHAnsi" w:eastAsiaTheme="majorEastAsia" w:hAnsiTheme="majorHAnsi" w:cstheme="majorHAnsi"/>
          <w:b/>
          <w:bCs/>
          <w:lang w:val="cs-CZ"/>
        </w:rPr>
        <w:t>____________</w:t>
      </w:r>
    </w:p>
    <w:p w14:paraId="2763FA9B" w14:textId="4191CB06" w:rsidR="009128AB" w:rsidRPr="006575C6" w:rsidRDefault="009128AB" w:rsidP="006575C6">
      <w:pPr>
        <w:spacing w:line="276" w:lineRule="auto"/>
        <w:rPr>
          <w:rFonts w:asciiTheme="majorHAnsi" w:hAnsiTheme="majorHAnsi" w:cstheme="majorHAnsi"/>
          <w:lang w:val="cs-CZ"/>
        </w:rPr>
      </w:pPr>
    </w:p>
    <w:sectPr w:rsidR="009128AB" w:rsidRPr="006575C6" w:rsidSect="00034616">
      <w:headerReference w:type="default" r:id="rId8"/>
      <w:foot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487BD5" w14:textId="77777777" w:rsidR="00895DFC" w:rsidRDefault="00895DFC">
      <w:pPr>
        <w:spacing w:after="0" w:line="240" w:lineRule="auto"/>
      </w:pPr>
      <w:r>
        <w:separator/>
      </w:r>
    </w:p>
  </w:endnote>
  <w:endnote w:type="continuationSeparator" w:id="0">
    <w:p w14:paraId="40B3A388" w14:textId="77777777" w:rsidR="00895DFC" w:rsidRDefault="00895D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55C659" w14:textId="267392C6" w:rsidR="00926D65" w:rsidRPr="00BB4EB9" w:rsidRDefault="00926D65" w:rsidP="00926D65">
    <w:pPr>
      <w:pStyle w:val="Zpat"/>
      <w:jc w:val="center"/>
      <w:rPr>
        <w:lang w:val="cs-CZ"/>
      </w:rPr>
    </w:pPr>
    <w:r w:rsidRPr="00BB4EB9">
      <w:rPr>
        <w:lang w:val="cs-CZ"/>
      </w:rPr>
      <w:t>Ver</w:t>
    </w:r>
    <w:r w:rsidR="00DD1FE5" w:rsidRPr="00BB4EB9">
      <w:rPr>
        <w:lang w:val="cs-CZ"/>
      </w:rPr>
      <w:t>ze</w:t>
    </w:r>
    <w:r w:rsidRPr="00BB4EB9">
      <w:rPr>
        <w:lang w:val="cs-CZ"/>
      </w:rPr>
      <w:t xml:space="preserve"> 1.</w:t>
    </w:r>
    <w:proofErr w:type="gramStart"/>
    <w:r w:rsidR="004A48C6">
      <w:rPr>
        <w:lang w:val="cs-CZ"/>
      </w:rPr>
      <w:t>1</w:t>
    </w:r>
    <w:r w:rsidRPr="00BB4EB9">
      <w:rPr>
        <w:lang w:val="cs-CZ"/>
      </w:rPr>
      <w:t xml:space="preserve"> – 0</w:t>
    </w:r>
    <w:r w:rsidR="004A48C6">
      <w:rPr>
        <w:lang w:val="cs-CZ"/>
      </w:rPr>
      <w:t>9</w:t>
    </w:r>
    <w:proofErr w:type="gramEnd"/>
    <w:r w:rsidRPr="00BB4EB9">
      <w:rPr>
        <w:lang w:val="cs-CZ"/>
      </w:rPr>
      <w:t>/2025 | www.cktch.cz | personalni@cktch.cz</w:t>
    </w:r>
  </w:p>
  <w:p w14:paraId="0939FEA5" w14:textId="77777777" w:rsidR="00926D65" w:rsidRPr="00BB4EB9" w:rsidRDefault="00926D65" w:rsidP="00926D65">
    <w:pPr>
      <w:pStyle w:val="Zpat"/>
      <w:jc w:val="center"/>
      <w:rPr>
        <w:lang w:val="cs-CZ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2583F0" w14:textId="77777777" w:rsidR="00895DFC" w:rsidRDefault="00895DFC">
      <w:pPr>
        <w:spacing w:after="0" w:line="240" w:lineRule="auto"/>
      </w:pPr>
      <w:r>
        <w:separator/>
      </w:r>
    </w:p>
  </w:footnote>
  <w:footnote w:type="continuationSeparator" w:id="0">
    <w:p w14:paraId="3C6A1322" w14:textId="77777777" w:rsidR="00895DFC" w:rsidRDefault="00895D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35A720" w14:textId="0BC7C8EA" w:rsidR="006C1D36" w:rsidRDefault="00926D65" w:rsidP="00926D65">
    <w:pPr>
      <w:pStyle w:val="Zhlav"/>
      <w:jc w:val="center"/>
    </w:pPr>
    <w:r>
      <w:rPr>
        <w:noProof/>
        <w:lang w:eastAsia="cs-CZ"/>
      </w:rPr>
      <w:drawing>
        <wp:inline distT="0" distB="0" distL="0" distR="0" wp14:anchorId="0A736AFD" wp14:editId="6E61261C">
          <wp:extent cx="3277235" cy="67564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-Log CKTCH 02-cmyk-WHITE-cz-30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77235" cy="6756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slovanse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slovanse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Se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Se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4C080982"/>
    <w:multiLevelType w:val="multilevel"/>
    <w:tmpl w:val="E3B2D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0034D"/>
    <w:rsid w:val="0015074B"/>
    <w:rsid w:val="00182B8C"/>
    <w:rsid w:val="001D375A"/>
    <w:rsid w:val="001E57E8"/>
    <w:rsid w:val="00240A0C"/>
    <w:rsid w:val="0029639D"/>
    <w:rsid w:val="002E06EC"/>
    <w:rsid w:val="0030106E"/>
    <w:rsid w:val="00326F90"/>
    <w:rsid w:val="003368C7"/>
    <w:rsid w:val="003526AE"/>
    <w:rsid w:val="00360453"/>
    <w:rsid w:val="00445453"/>
    <w:rsid w:val="00477824"/>
    <w:rsid w:val="004A48C6"/>
    <w:rsid w:val="004D3433"/>
    <w:rsid w:val="00513426"/>
    <w:rsid w:val="005D4CC6"/>
    <w:rsid w:val="006575C6"/>
    <w:rsid w:val="006C1D36"/>
    <w:rsid w:val="00745EE3"/>
    <w:rsid w:val="00767997"/>
    <w:rsid w:val="00821A9F"/>
    <w:rsid w:val="00840BC0"/>
    <w:rsid w:val="00870D8E"/>
    <w:rsid w:val="00895DFC"/>
    <w:rsid w:val="008A48B1"/>
    <w:rsid w:val="009128AB"/>
    <w:rsid w:val="00926D65"/>
    <w:rsid w:val="0092743A"/>
    <w:rsid w:val="009C2BC1"/>
    <w:rsid w:val="009F2300"/>
    <w:rsid w:val="00AA1D8D"/>
    <w:rsid w:val="00AC0FCD"/>
    <w:rsid w:val="00AD77FE"/>
    <w:rsid w:val="00B47730"/>
    <w:rsid w:val="00BB4EB9"/>
    <w:rsid w:val="00C519B7"/>
    <w:rsid w:val="00CA2295"/>
    <w:rsid w:val="00CB0664"/>
    <w:rsid w:val="00D14E0D"/>
    <w:rsid w:val="00DD1FE5"/>
    <w:rsid w:val="00E24D51"/>
    <w:rsid w:val="00E60070"/>
    <w:rsid w:val="00F25320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266CBFA"/>
  <w14:defaultImageDpi w14:val="300"/>
  <w15:docId w15:val="{AF65804D-98C3-4879-AB42-B9C0B186B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FC693F"/>
    <w:pPr>
      <w:spacing w:line="360" w:lineRule="auto"/>
    </w:pPr>
    <w:rPr>
      <w:rFonts w:ascii="Arial" w:hAnsi="Arial"/>
    </w:rPr>
  </w:style>
  <w:style w:type="paragraph" w:styleId="Nadpis1">
    <w:name w:val="heading 1"/>
    <w:basedOn w:val="Normln"/>
    <w:next w:val="Normln"/>
    <w:link w:val="Nadpis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618BF"/>
  </w:style>
  <w:style w:type="paragraph" w:styleId="Zpat">
    <w:name w:val="footer"/>
    <w:basedOn w:val="Normln"/>
    <w:link w:val="Zpat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618BF"/>
  </w:style>
  <w:style w:type="paragraph" w:styleId="Bezmezer">
    <w:name w:val="No Spacing"/>
    <w:uiPriority w:val="1"/>
    <w:qFormat/>
    <w:rsid w:val="00FC693F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zev">
    <w:name w:val="Title"/>
    <w:basedOn w:val="Normln"/>
    <w:next w:val="Normln"/>
    <w:link w:val="Nzev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FC693F"/>
    <w:pPr>
      <w:ind w:left="720"/>
      <w:contextualSpacing/>
    </w:pPr>
  </w:style>
  <w:style w:type="paragraph" w:styleId="Zkladntext">
    <w:name w:val="Body Text"/>
    <w:basedOn w:val="Normln"/>
    <w:link w:val="ZkladntextChar"/>
    <w:uiPriority w:val="99"/>
    <w:unhideWhenUsed/>
    <w:rsid w:val="00AA1D8D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rsid w:val="00AA1D8D"/>
  </w:style>
  <w:style w:type="paragraph" w:styleId="Zkladntext2">
    <w:name w:val="Body Text 2"/>
    <w:basedOn w:val="Normln"/>
    <w:link w:val="Zkladntext2Char"/>
    <w:uiPriority w:val="99"/>
    <w:unhideWhenUsed/>
    <w:rsid w:val="00AA1D8D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rsid w:val="00AA1D8D"/>
  </w:style>
  <w:style w:type="paragraph" w:styleId="Zkladntext3">
    <w:name w:val="Body Text 3"/>
    <w:basedOn w:val="Normln"/>
    <w:link w:val="Zkladn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rsid w:val="00AA1D8D"/>
    <w:rPr>
      <w:sz w:val="16"/>
      <w:szCs w:val="16"/>
    </w:rPr>
  </w:style>
  <w:style w:type="paragraph" w:styleId="Seznam">
    <w:name w:val="List"/>
    <w:basedOn w:val="Normln"/>
    <w:uiPriority w:val="99"/>
    <w:unhideWhenUsed/>
    <w:rsid w:val="00AA1D8D"/>
    <w:pPr>
      <w:ind w:left="360" w:hanging="360"/>
      <w:contextualSpacing/>
    </w:pPr>
  </w:style>
  <w:style w:type="paragraph" w:styleId="Seznam2">
    <w:name w:val="List 2"/>
    <w:basedOn w:val="Normln"/>
    <w:uiPriority w:val="99"/>
    <w:unhideWhenUsed/>
    <w:rsid w:val="00326F90"/>
    <w:pPr>
      <w:ind w:left="720" w:hanging="360"/>
      <w:contextualSpacing/>
    </w:pPr>
  </w:style>
  <w:style w:type="paragraph" w:styleId="Seznam3">
    <w:name w:val="List 3"/>
    <w:basedOn w:val="Normln"/>
    <w:uiPriority w:val="99"/>
    <w:unhideWhenUsed/>
    <w:rsid w:val="00326F90"/>
    <w:pPr>
      <w:ind w:left="1080" w:hanging="360"/>
      <w:contextualSpacing/>
    </w:pPr>
  </w:style>
  <w:style w:type="paragraph" w:styleId="Seznamsodrkami">
    <w:name w:val="List Bullet"/>
    <w:basedOn w:val="Normln"/>
    <w:uiPriority w:val="99"/>
    <w:unhideWhenUsed/>
    <w:rsid w:val="00326F90"/>
    <w:pPr>
      <w:numPr>
        <w:numId w:val="1"/>
      </w:numPr>
      <w:contextualSpacing/>
    </w:pPr>
  </w:style>
  <w:style w:type="paragraph" w:styleId="Seznamsodrkami2">
    <w:name w:val="List Bullet 2"/>
    <w:basedOn w:val="Normln"/>
    <w:uiPriority w:val="99"/>
    <w:unhideWhenUsed/>
    <w:rsid w:val="00326F90"/>
    <w:pPr>
      <w:numPr>
        <w:numId w:val="2"/>
      </w:numPr>
      <w:contextualSpacing/>
    </w:pPr>
  </w:style>
  <w:style w:type="paragraph" w:styleId="Seznamsodrkami3">
    <w:name w:val="List Bullet 3"/>
    <w:basedOn w:val="Normln"/>
    <w:uiPriority w:val="99"/>
    <w:unhideWhenUsed/>
    <w:rsid w:val="00326F90"/>
    <w:pPr>
      <w:numPr>
        <w:numId w:val="3"/>
      </w:numPr>
      <w:contextualSpacing/>
    </w:pPr>
  </w:style>
  <w:style w:type="paragraph" w:styleId="slovanseznam">
    <w:name w:val="List Number"/>
    <w:basedOn w:val="Normln"/>
    <w:uiPriority w:val="99"/>
    <w:unhideWhenUsed/>
    <w:rsid w:val="00326F90"/>
    <w:pPr>
      <w:numPr>
        <w:numId w:val="5"/>
      </w:numPr>
      <w:contextualSpacing/>
    </w:pPr>
  </w:style>
  <w:style w:type="paragraph" w:styleId="slovanseznam2">
    <w:name w:val="List Number 2"/>
    <w:basedOn w:val="Normln"/>
    <w:uiPriority w:val="99"/>
    <w:unhideWhenUsed/>
    <w:rsid w:val="0029639D"/>
    <w:pPr>
      <w:numPr>
        <w:numId w:val="6"/>
      </w:numPr>
      <w:contextualSpacing/>
    </w:pPr>
  </w:style>
  <w:style w:type="paragraph" w:styleId="slovanseznam3">
    <w:name w:val="List Number 3"/>
    <w:basedOn w:val="Normln"/>
    <w:uiPriority w:val="99"/>
    <w:unhideWhenUsed/>
    <w:rsid w:val="0029639D"/>
    <w:pPr>
      <w:numPr>
        <w:numId w:val="7"/>
      </w:numPr>
      <w:contextualSpacing/>
    </w:pPr>
  </w:style>
  <w:style w:type="paragraph" w:styleId="Pokraovnseznamu">
    <w:name w:val="List Continue"/>
    <w:basedOn w:val="Normln"/>
    <w:uiPriority w:val="99"/>
    <w:unhideWhenUsed/>
    <w:rsid w:val="0029639D"/>
    <w:pPr>
      <w:spacing w:after="120"/>
      <w:ind w:left="360"/>
      <w:contextualSpacing/>
    </w:pPr>
  </w:style>
  <w:style w:type="paragraph" w:styleId="Pokraovnseznamu2">
    <w:name w:val="List Continue 2"/>
    <w:basedOn w:val="Normln"/>
    <w:uiPriority w:val="99"/>
    <w:unhideWhenUsed/>
    <w:rsid w:val="0029639D"/>
    <w:pPr>
      <w:spacing w:after="120"/>
      <w:ind w:left="720"/>
      <w:contextualSpacing/>
    </w:pPr>
  </w:style>
  <w:style w:type="paragraph" w:styleId="Pokraovnseznamu3">
    <w:name w:val="List Continue 3"/>
    <w:basedOn w:val="Normln"/>
    <w:uiPriority w:val="99"/>
    <w:unhideWhenUsed/>
    <w:rsid w:val="0029639D"/>
    <w:pPr>
      <w:spacing w:after="120"/>
      <w:ind w:left="1080"/>
      <w:contextualSpacing/>
    </w:pPr>
  </w:style>
  <w:style w:type="paragraph" w:styleId="Textmakra">
    <w:name w:val="macro"/>
    <w:link w:val="Textmakra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rsid w:val="0029639D"/>
    <w:rPr>
      <w:rFonts w:ascii="Courier" w:hAnsi="Courier"/>
      <w:sz w:val="20"/>
      <w:szCs w:val="20"/>
    </w:rPr>
  </w:style>
  <w:style w:type="paragraph" w:styleId="Citt">
    <w:name w:val="Quote"/>
    <w:basedOn w:val="Normln"/>
    <w:next w:val="Normln"/>
    <w:link w:val="CittChar"/>
    <w:uiPriority w:val="29"/>
    <w:qFormat/>
    <w:rsid w:val="00FC693F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FC693F"/>
    <w:rPr>
      <w:i/>
      <w:iCs/>
      <w:color w:val="000000" w:themeColor="text1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iln">
    <w:name w:val="Strong"/>
    <w:basedOn w:val="Standardnpsmoodstavce"/>
    <w:uiPriority w:val="22"/>
    <w:qFormat/>
    <w:rsid w:val="00FC693F"/>
    <w:rPr>
      <w:b/>
      <w:bCs/>
    </w:rPr>
  </w:style>
  <w:style w:type="character" w:styleId="Zdraznn">
    <w:name w:val="Emphasis"/>
    <w:basedOn w:val="Standardnpsmoodstavce"/>
    <w:uiPriority w:val="20"/>
    <w:qFormat/>
    <w:rsid w:val="00FC693F"/>
    <w:rPr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C693F"/>
    <w:rPr>
      <w:b/>
      <w:bCs/>
      <w:i/>
      <w:iCs/>
      <w:color w:val="4F81BD" w:themeColor="accent1"/>
    </w:rPr>
  </w:style>
  <w:style w:type="character" w:styleId="Zdraznnjemn">
    <w:name w:val="Subtle Emphasis"/>
    <w:basedOn w:val="Standardnpsmoodstavce"/>
    <w:uiPriority w:val="19"/>
    <w:qFormat/>
    <w:rsid w:val="00FC693F"/>
    <w:rPr>
      <w:i/>
      <w:iCs/>
      <w:color w:val="808080" w:themeColor="text1" w:themeTint="7F"/>
    </w:rPr>
  </w:style>
  <w:style w:type="character" w:styleId="Zdraznnintenzivn">
    <w:name w:val="Intense Emphasis"/>
    <w:basedOn w:val="Standardnpsmoodstavce"/>
    <w:uiPriority w:val="21"/>
    <w:qFormat/>
    <w:rsid w:val="00FC693F"/>
    <w:rPr>
      <w:b/>
      <w:bCs/>
      <w:i/>
      <w:iCs/>
      <w:color w:val="4F81BD" w:themeColor="accent1"/>
    </w:rPr>
  </w:style>
  <w:style w:type="character" w:styleId="Odkazjemn">
    <w:name w:val="Subtle Reference"/>
    <w:basedOn w:val="Standardnpsmoodstavce"/>
    <w:uiPriority w:val="31"/>
    <w:qFormat/>
    <w:rsid w:val="00FC693F"/>
    <w:rPr>
      <w:smallCaps/>
      <w:color w:val="C0504D" w:themeColor="accent2"/>
      <w:u w:val="single"/>
    </w:rPr>
  </w:style>
  <w:style w:type="character" w:styleId="Odkazintenzivn">
    <w:name w:val="Intense Reference"/>
    <w:basedOn w:val="Standardnpsmoodstavce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Nzevknihy">
    <w:name w:val="Book Title"/>
    <w:basedOn w:val="Standardnpsmoodstavce"/>
    <w:uiPriority w:val="33"/>
    <w:qFormat/>
    <w:rsid w:val="00FC693F"/>
    <w:rPr>
      <w:b/>
      <w:bCs/>
      <w:smallCaps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FC693F"/>
    <w:pPr>
      <w:outlineLvl w:val="9"/>
    </w:pPr>
  </w:style>
  <w:style w:type="table" w:styleId="Mkatabulky">
    <w:name w:val="Table Grid"/>
    <w:basedOn w:val="Normlntabulka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stnovn">
    <w:name w:val="Light Shading"/>
    <w:basedOn w:val="Normlntabulka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tlstnovnzvraznn1">
    <w:name w:val="Light Shading Accent 1"/>
    <w:basedOn w:val="Normlntabulka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vtlstnovnzvraznn2">
    <w:name w:val="Light Shading Accent 2"/>
    <w:basedOn w:val="Normlntabulka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vtlstnovnzvraznn3">
    <w:name w:val="Light Shading Accent 3"/>
    <w:basedOn w:val="Normlntabulka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vtlstnovnzvraznn4">
    <w:name w:val="Light Shading Accent 4"/>
    <w:basedOn w:val="Normlntabulka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vtlstnovnzvraznn5">
    <w:name w:val="Light Shading Accent 5"/>
    <w:basedOn w:val="Normlntabulka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vtlstnovnzvraznn6">
    <w:name w:val="Light Shading Accent 6"/>
    <w:basedOn w:val="Normlntabulka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Svtlseznam">
    <w:name w:val="Light List"/>
    <w:basedOn w:val="Normlntabulk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tlseznamzvraznn1">
    <w:name w:val="Light List Accent 1"/>
    <w:basedOn w:val="Normlntabulk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Svtlseznamzvraznn2">
    <w:name w:val="Light List Accent 2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Svtlseznamzvraznn3">
    <w:name w:val="Light List Accent 3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Svtlseznamzvraznn4">
    <w:name w:val="Light List Accent 4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Svtlseznamzvraznn5">
    <w:name w:val="Light List Accent 5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Svtlseznamzvraznn6">
    <w:name w:val="Light List Accent 6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Svtlmka">
    <w:name w:val="Light Grid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tlmkazvraznn1">
    <w:name w:val="Light Grid Accent 1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vtlmkazvraznn2">
    <w:name w:val="Light Grid Accent 2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Svtlmkazvraznn3">
    <w:name w:val="Light Grid Accent 3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Svtlmkazvraznn4">
    <w:name w:val="Light Grid Accent 4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Svtlmkazvraznn5">
    <w:name w:val="Light Grid Accent 5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Svtlmkazvraznn6">
    <w:name w:val="Light Grid Accent 6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tednstnovn1">
    <w:name w:val="Medium Shading 1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1">
    <w:name w:val="Medium Shading 1 Accent 1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2">
    <w:name w:val="Medium Shading 1 Accent 2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3">
    <w:name w:val="Medium Shading 1 Accent 3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4">
    <w:name w:val="Medium Shading 1 Accent 4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5">
    <w:name w:val="Medium Shading 1 Accent 5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6">
    <w:name w:val="Medium Shading 1 Accent 6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2">
    <w:name w:val="Medium Shading 2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1">
    <w:name w:val="Medium Shading 2 Accent 1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2">
    <w:name w:val="Medium Shading 2 Accent 2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3">
    <w:name w:val="Medium Shading 2 Accent 3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4">
    <w:name w:val="Medium Shading 2 Accent 4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5">
    <w:name w:val="Medium Shading 2 Accent 5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6">
    <w:name w:val="Medium Shading 2 Accent 6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eznam1">
    <w:name w:val="Medium List 1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ednseznam1zvraznn1">
    <w:name w:val="Medium List 1 Accent 1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Stednseznam1zvraznn2">
    <w:name w:val="Medium List 1 Accent 2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tednseznam1zvraznn3">
    <w:name w:val="Medium List 1 Accent 3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Stednseznam1zvraznn4">
    <w:name w:val="Medium List 1 Accent 4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Stednseznam1zvraznn5">
    <w:name w:val="Medium List 1 Accent 5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Stednseznam1zvraznn6">
    <w:name w:val="Medium List 1 Accent 6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Stednseznam2">
    <w:name w:val="Medium List 2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1">
    <w:name w:val="Medium List 2 Accent 1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2">
    <w:name w:val="Medium List 2 Accent 2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3">
    <w:name w:val="Medium List 2 Accent 3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4">
    <w:name w:val="Medium List 2 Accent 4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5">
    <w:name w:val="Medium List 2 Accent 5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6">
    <w:name w:val="Medium List 2 Accent 6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mka1">
    <w:name w:val="Medium Grid 1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ednmka1zvraznn1">
    <w:name w:val="Medium Grid 1 Accent 1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Stednmka1zvraznn2">
    <w:name w:val="Medium Grid 1 Accent 2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Stednmka1zvraznn3">
    <w:name w:val="Medium Grid 1 Accent 3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tednmka1zvraznn4">
    <w:name w:val="Medium Grid 1 Accent 4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Stednmka1zvraznn5">
    <w:name w:val="Medium Grid 1 Accent 5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Stednmka1zvraznn6">
    <w:name w:val="Medium Grid 1 Accent 6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Stednmka2">
    <w:name w:val="Medium Grid 2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1">
    <w:name w:val="Medium Grid 2 Accent 1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2">
    <w:name w:val="Medium Grid 2 Accent 2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3">
    <w:name w:val="Medium Grid 2 Accent 3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4">
    <w:name w:val="Medium Grid 2 Accent 4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5">
    <w:name w:val="Medium Grid 2 Accent 5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6">
    <w:name w:val="Medium Grid 2 Accent 6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3">
    <w:name w:val="Medium Grid 3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ednmka3zvraznn1">
    <w:name w:val="Medium Grid 3 Accent 1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Stednmka3zvraznn2">
    <w:name w:val="Medium Grid 3 Accent 2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Stednmka3zvraznn3">
    <w:name w:val="Medium Grid 3 Accent 3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Stednmka3zvraznn4">
    <w:name w:val="Medium Grid 3 Accent 4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Stednmka3zvraznn5">
    <w:name w:val="Medium Grid 3 Accent 5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Stednmka3zvraznn6">
    <w:name w:val="Medium Grid 3 Accent 6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Tmavseznam">
    <w:name w:val="Dark List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seznamzvraznn1">
    <w:name w:val="Dark List Accent 1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Tmavseznamzvraznn2">
    <w:name w:val="Dark List Accent 2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Tmavseznamzvraznn3">
    <w:name w:val="Dark List Accent 3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Tmavseznamzvraznn4">
    <w:name w:val="Dark List Accent 4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Tmavseznamzvraznn5">
    <w:name w:val="Dark List Accent 5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Tmavseznamzvraznn6">
    <w:name w:val="Dark List Accent 6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Barevnstnovn">
    <w:name w:val="Colorful Shading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1">
    <w:name w:val="Colorful Shading Accent 1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2">
    <w:name w:val="Colorful Shading Accent 2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3">
    <w:name w:val="Colorful Shading Accent 3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Barevnstnovnzvraznn4">
    <w:name w:val="Colorful Shading Accent 4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5">
    <w:name w:val="Colorful Shading Accent 5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6">
    <w:name w:val="Colorful Shading Accent 6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eznam">
    <w:name w:val="Colorful List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seznamzvraznn1">
    <w:name w:val="Colorful List Accent 1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Barevnseznamzvraznn2">
    <w:name w:val="Colorful List Accent 2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Barevnseznamzvraznn3">
    <w:name w:val="Colorful List Accent 3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Barevnseznamzvraznn4">
    <w:name w:val="Colorful List Accent 4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Barevnseznamzvraznn5">
    <w:name w:val="Colorful List Accent 5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Barevnseznamzvraznn6">
    <w:name w:val="Colorful List Accent 6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Barevnmka">
    <w:name w:val="Colorful Grid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evnmkazvraznn1">
    <w:name w:val="Colorful Grid Accent 1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Barevnmkazvraznn2">
    <w:name w:val="Colorful Grid Accent 2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Barevnmkazvraznn3">
    <w:name w:val="Colorful Grid Accent 3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Barevnmkazvraznn4">
    <w:name w:val="Colorful Grid Accent 4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Barevnmkazvraznn5">
    <w:name w:val="Colorful Grid Accent 5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Barevnmkazvraznn6">
    <w:name w:val="Colorful Grid Accent 6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AA6219F-5296-46EB-819F-9A980BB612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180</Words>
  <Characters>1062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1240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Ipser Ondřej</cp:lastModifiedBy>
  <cp:revision>9</cp:revision>
  <dcterms:created xsi:type="dcterms:W3CDTF">2025-08-18T10:39:00Z</dcterms:created>
  <dcterms:modified xsi:type="dcterms:W3CDTF">2025-09-18T12:35:00Z</dcterms:modified>
  <cp:category/>
</cp:coreProperties>
</file>